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1639" w14:textId="064B8706" w:rsidR="008C2CEB" w:rsidRDefault="008C2CEB" w:rsidP="00316BFE">
      <w:pPr>
        <w:pStyle w:val="Heading1"/>
        <w:jc w:val="center"/>
      </w:pPr>
      <w:r w:rsidRPr="008C2CEB">
        <w:rPr>
          <w:noProof/>
        </w:rPr>
        <w:drawing>
          <wp:inline distT="0" distB="0" distL="0" distR="0" wp14:anchorId="1A879646" wp14:editId="0CAFCD03">
            <wp:extent cx="5486400" cy="1416050"/>
            <wp:effectExtent l="0" t="0" r="0" b="0"/>
            <wp:docPr id="196684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844008" name=""/>
                    <pic:cNvPicPr/>
                  </pic:nvPicPr>
                  <pic:blipFill>
                    <a:blip r:embed="rId12"/>
                    <a:stretch>
                      <a:fillRect/>
                    </a:stretch>
                  </pic:blipFill>
                  <pic:spPr>
                    <a:xfrm>
                      <a:off x="0" y="0"/>
                      <a:ext cx="5486400" cy="1416050"/>
                    </a:xfrm>
                    <a:prstGeom prst="rect">
                      <a:avLst/>
                    </a:prstGeom>
                  </pic:spPr>
                </pic:pic>
              </a:graphicData>
            </a:graphic>
          </wp:inline>
        </w:drawing>
      </w:r>
    </w:p>
    <w:p w14:paraId="5160209A" w14:textId="5BED82B4" w:rsidR="006059E6" w:rsidRDefault="00E9485B">
      <w:pPr>
        <w:pStyle w:val="Heading1"/>
      </w:pPr>
      <w:r>
        <w:t>Tell Us What You Think – Draft Council Plan Survey</w:t>
      </w:r>
    </w:p>
    <w:p w14:paraId="256D1656" w14:textId="14955EDF" w:rsidR="006059E6" w:rsidRDefault="00E9485B" w:rsidP="008C2CEB">
      <w:pPr>
        <w:pStyle w:val="Heading3"/>
      </w:pPr>
      <w:r>
        <w:t>Introduction</w:t>
      </w:r>
    </w:p>
    <w:p w14:paraId="64FEA7D3" w14:textId="77777777" w:rsidR="006059E6" w:rsidRDefault="00E9485B">
      <w:pPr>
        <w:pStyle w:val="Heading3"/>
      </w:pPr>
      <w:r>
        <w:t>Privacy Statement</w:t>
      </w:r>
    </w:p>
    <w:p w14:paraId="1879278A" w14:textId="77777777" w:rsidR="006059E6" w:rsidRDefault="00E9485B">
      <w:r>
        <w:t>The personal information requested on this page is being collected by City of Greater Geelong for the purpose of the developing the Council Plan 2025-29 or any other directly related purpose. If the personal information is not collected, we may not be able to contact you for further questions or solutions. Your personal information will only be disclosed to carry out a deeper analysis of the data* or as required to do so by law. Our privacy policy is available on our website. If you wish to alter any of the personal information you have supplied to City of Greater Geelong, please contact us by sending an email to privacy@geelongcity.vic.gov.au.</w:t>
      </w:r>
      <w:r>
        <w:br/>
      </w:r>
      <w:r>
        <w:br/>
        <w:t>*In order to gain a deeper understanding of the data provided to the City and improve our services to you, we may disclose the information you provide to us to AWS Comprehend and Converlens Pty Ltd which carry out analysis of the data. Your personal information may be disclosed to AWS Comprehend and Converlens Pty Ltd based in Sydney only in relation to the primary purpose of collection. View the following link for AWS Comprehend’s Data Privacy statement and Converlens Pty Ltd Data Privacy statement.</w:t>
      </w:r>
      <w:r>
        <w:br/>
      </w:r>
    </w:p>
    <w:p w14:paraId="7AEEA375" w14:textId="3D34CD78" w:rsidR="006059E6" w:rsidRPr="00316BFE" w:rsidRDefault="00E9485B">
      <w:pPr>
        <w:rPr>
          <w:b/>
          <w:bCs/>
        </w:rPr>
      </w:pPr>
      <w:r w:rsidRPr="00316BFE">
        <w:rPr>
          <w:b/>
          <w:bCs/>
        </w:rPr>
        <w:t>Check this box to indicate that you have read, and agree to the privacy statement</w:t>
      </w:r>
    </w:p>
    <w:tbl>
      <w:tblPr>
        <w:tblStyle w:val="TableGrid"/>
        <w:tblW w:w="0" w:type="auto"/>
        <w:tblLook w:val="04A0" w:firstRow="1" w:lastRow="0" w:firstColumn="1" w:lastColumn="0" w:noHBand="0" w:noVBand="1"/>
      </w:tblPr>
      <w:tblGrid>
        <w:gridCol w:w="4428"/>
        <w:gridCol w:w="4428"/>
      </w:tblGrid>
      <w:tr w:rsidR="00316BFE" w14:paraId="65CFC043" w14:textId="77777777" w:rsidTr="0068641F">
        <w:tc>
          <w:tcPr>
            <w:tcW w:w="4428" w:type="dxa"/>
          </w:tcPr>
          <w:p w14:paraId="274B4805" w14:textId="26039B43" w:rsidR="00316BFE" w:rsidRDefault="00316BFE">
            <w:r>
              <w:t>Yes</w:t>
            </w:r>
          </w:p>
        </w:tc>
        <w:tc>
          <w:tcPr>
            <w:tcW w:w="4428" w:type="dxa"/>
          </w:tcPr>
          <w:p w14:paraId="199E37CF" w14:textId="73683367" w:rsidR="00316BFE" w:rsidRDefault="00DA0413">
            <w:sdt>
              <w:sdtPr>
                <w:id w:val="1871258688"/>
                <w14:checkbox>
                  <w14:checked w14:val="0"/>
                  <w14:checkedState w14:val="2612" w14:font="MS Gothic"/>
                  <w14:uncheckedState w14:val="2610" w14:font="MS Gothic"/>
                </w14:checkbox>
              </w:sdtPr>
              <w:sdtEndPr/>
              <w:sdtContent>
                <w:r w:rsidR="00316BFE">
                  <w:rPr>
                    <w:rFonts w:ascii="MS Gothic" w:eastAsia="MS Gothic" w:hAnsi="MS Gothic" w:hint="eastAsia"/>
                  </w:rPr>
                  <w:t>☐</w:t>
                </w:r>
              </w:sdtContent>
            </w:sdt>
            <w:r w:rsidR="00316BFE">
              <w:t xml:space="preserve">  </w:t>
            </w:r>
          </w:p>
        </w:tc>
      </w:tr>
    </w:tbl>
    <w:p w14:paraId="08114899" w14:textId="77777777" w:rsidR="008C2CEB" w:rsidRDefault="008C2CEB"/>
    <w:p w14:paraId="3001C6E7" w14:textId="18D03F18" w:rsidR="006059E6" w:rsidRPr="00316BFE" w:rsidRDefault="00E9485B">
      <w:pPr>
        <w:rPr>
          <w:b/>
          <w:bCs/>
        </w:rPr>
      </w:pPr>
      <w:r w:rsidRPr="00316BFE">
        <w:rPr>
          <w:b/>
          <w:bCs/>
        </w:rPr>
        <w:t>Which of the following best describes your connection to the area?</w:t>
      </w:r>
    </w:p>
    <w:tbl>
      <w:tblPr>
        <w:tblStyle w:val="TableGrid"/>
        <w:tblW w:w="0" w:type="auto"/>
        <w:tblLook w:val="04A0" w:firstRow="1" w:lastRow="0" w:firstColumn="1" w:lastColumn="0" w:noHBand="0" w:noVBand="1"/>
      </w:tblPr>
      <w:tblGrid>
        <w:gridCol w:w="4428"/>
        <w:gridCol w:w="4428"/>
      </w:tblGrid>
      <w:tr w:rsidR="008C2CEB" w14:paraId="4A41835C" w14:textId="77777777" w:rsidTr="008C2CEB">
        <w:tc>
          <w:tcPr>
            <w:tcW w:w="4428" w:type="dxa"/>
          </w:tcPr>
          <w:p w14:paraId="2AC471B4" w14:textId="5D6C94AD" w:rsidR="008C2CEB" w:rsidRDefault="008C2CEB">
            <w:r w:rsidRPr="008C2CEB">
              <w:t>I am a local resident</w:t>
            </w:r>
          </w:p>
        </w:tc>
        <w:sdt>
          <w:sdtPr>
            <w:id w:val="166993900"/>
            <w14:checkbox>
              <w14:checked w14:val="0"/>
              <w14:checkedState w14:val="2612" w14:font="MS Gothic"/>
              <w14:uncheckedState w14:val="2610" w14:font="MS Gothic"/>
            </w14:checkbox>
          </w:sdtPr>
          <w:sdtEndPr/>
          <w:sdtContent>
            <w:tc>
              <w:tcPr>
                <w:tcW w:w="4428" w:type="dxa"/>
              </w:tcPr>
              <w:p w14:paraId="4D4AD105" w14:textId="75A58824" w:rsidR="008C2CEB" w:rsidRDefault="008A6120">
                <w:r>
                  <w:rPr>
                    <w:rFonts w:ascii="MS Gothic" w:eastAsia="MS Gothic" w:hAnsi="MS Gothic" w:hint="eastAsia"/>
                  </w:rPr>
                  <w:t>☐</w:t>
                </w:r>
              </w:p>
            </w:tc>
          </w:sdtContent>
        </w:sdt>
      </w:tr>
      <w:tr w:rsidR="008C2CEB" w14:paraId="460253F6" w14:textId="77777777" w:rsidTr="008C2CEB">
        <w:tc>
          <w:tcPr>
            <w:tcW w:w="4428" w:type="dxa"/>
          </w:tcPr>
          <w:p w14:paraId="4E593265" w14:textId="19913551" w:rsidR="008C2CEB" w:rsidRDefault="008A6120">
            <w:r w:rsidRPr="008A6120">
              <w:t>I am employed in the area</w:t>
            </w:r>
          </w:p>
        </w:tc>
        <w:sdt>
          <w:sdtPr>
            <w:id w:val="-1428726249"/>
            <w14:checkbox>
              <w14:checked w14:val="0"/>
              <w14:checkedState w14:val="2612" w14:font="MS Gothic"/>
              <w14:uncheckedState w14:val="2610" w14:font="MS Gothic"/>
            </w14:checkbox>
          </w:sdtPr>
          <w:sdtEndPr/>
          <w:sdtContent>
            <w:tc>
              <w:tcPr>
                <w:tcW w:w="4428" w:type="dxa"/>
              </w:tcPr>
              <w:p w14:paraId="4EEF1B97" w14:textId="7B33B19C" w:rsidR="008C2CEB" w:rsidRDefault="008A6120">
                <w:r>
                  <w:rPr>
                    <w:rFonts w:ascii="MS Gothic" w:eastAsia="MS Gothic" w:hAnsi="MS Gothic" w:hint="eastAsia"/>
                  </w:rPr>
                  <w:t>☐</w:t>
                </w:r>
              </w:p>
            </w:tc>
          </w:sdtContent>
        </w:sdt>
      </w:tr>
      <w:tr w:rsidR="008C2CEB" w14:paraId="5758A7DB" w14:textId="77777777" w:rsidTr="008C2CEB">
        <w:tc>
          <w:tcPr>
            <w:tcW w:w="4428" w:type="dxa"/>
          </w:tcPr>
          <w:p w14:paraId="625BD19E" w14:textId="6DE02ED9" w:rsidR="008C2CEB" w:rsidRDefault="008A6120">
            <w:r w:rsidRPr="008A6120">
              <w:t>I own a business in the area</w:t>
            </w:r>
          </w:p>
        </w:tc>
        <w:sdt>
          <w:sdtPr>
            <w:id w:val="308519105"/>
            <w14:checkbox>
              <w14:checked w14:val="0"/>
              <w14:checkedState w14:val="2612" w14:font="MS Gothic"/>
              <w14:uncheckedState w14:val="2610" w14:font="MS Gothic"/>
            </w14:checkbox>
          </w:sdtPr>
          <w:sdtEndPr/>
          <w:sdtContent>
            <w:tc>
              <w:tcPr>
                <w:tcW w:w="4428" w:type="dxa"/>
              </w:tcPr>
              <w:p w14:paraId="77857EA6" w14:textId="3FEF107D" w:rsidR="008C2CEB" w:rsidRDefault="008A6120">
                <w:r>
                  <w:rPr>
                    <w:rFonts w:ascii="MS Gothic" w:eastAsia="MS Gothic" w:hAnsi="MS Gothic" w:hint="eastAsia"/>
                  </w:rPr>
                  <w:t>☐</w:t>
                </w:r>
              </w:p>
            </w:tc>
          </w:sdtContent>
        </w:sdt>
      </w:tr>
      <w:tr w:rsidR="008C2CEB" w14:paraId="4BC819AE" w14:textId="77777777" w:rsidTr="008C2CEB">
        <w:tc>
          <w:tcPr>
            <w:tcW w:w="4428" w:type="dxa"/>
          </w:tcPr>
          <w:p w14:paraId="7F2C58A4" w14:textId="7636AD0C" w:rsidR="008C2CEB" w:rsidRDefault="008A6120">
            <w:r w:rsidRPr="008A6120">
              <w:t>I am a visitor to the area</w:t>
            </w:r>
          </w:p>
        </w:tc>
        <w:sdt>
          <w:sdtPr>
            <w:id w:val="-1565486749"/>
            <w14:checkbox>
              <w14:checked w14:val="0"/>
              <w14:checkedState w14:val="2612" w14:font="MS Gothic"/>
              <w14:uncheckedState w14:val="2610" w14:font="MS Gothic"/>
            </w14:checkbox>
          </w:sdtPr>
          <w:sdtEndPr/>
          <w:sdtContent>
            <w:tc>
              <w:tcPr>
                <w:tcW w:w="4428" w:type="dxa"/>
              </w:tcPr>
              <w:p w14:paraId="635194D8" w14:textId="7A97B978" w:rsidR="008C2CEB" w:rsidRDefault="008A6120">
                <w:r>
                  <w:rPr>
                    <w:rFonts w:ascii="MS Gothic" w:eastAsia="MS Gothic" w:hAnsi="MS Gothic" w:hint="eastAsia"/>
                  </w:rPr>
                  <w:t>☐</w:t>
                </w:r>
              </w:p>
            </w:tc>
          </w:sdtContent>
        </w:sdt>
      </w:tr>
      <w:tr w:rsidR="008C2CEB" w14:paraId="442AB0A1" w14:textId="77777777" w:rsidTr="008C2CEB">
        <w:tc>
          <w:tcPr>
            <w:tcW w:w="4428" w:type="dxa"/>
          </w:tcPr>
          <w:p w14:paraId="568E01AD" w14:textId="42D3E077" w:rsidR="008C2CEB" w:rsidRDefault="008A6120" w:rsidP="008A6120">
            <w:r w:rsidRPr="008A6120">
              <w:t>I am studying or training in the area</w:t>
            </w:r>
          </w:p>
        </w:tc>
        <w:sdt>
          <w:sdtPr>
            <w:id w:val="1399239896"/>
            <w14:checkbox>
              <w14:checked w14:val="0"/>
              <w14:checkedState w14:val="2612" w14:font="MS Gothic"/>
              <w14:uncheckedState w14:val="2610" w14:font="MS Gothic"/>
            </w14:checkbox>
          </w:sdtPr>
          <w:sdtEndPr/>
          <w:sdtContent>
            <w:tc>
              <w:tcPr>
                <w:tcW w:w="4428" w:type="dxa"/>
              </w:tcPr>
              <w:p w14:paraId="20E31F0B" w14:textId="0D997676" w:rsidR="008C2CEB" w:rsidRDefault="008A6120">
                <w:r>
                  <w:rPr>
                    <w:rFonts w:ascii="MS Gothic" w:eastAsia="MS Gothic" w:hAnsi="MS Gothic" w:hint="eastAsia"/>
                  </w:rPr>
                  <w:t>☐</w:t>
                </w:r>
              </w:p>
            </w:tc>
          </w:sdtContent>
        </w:sdt>
      </w:tr>
    </w:tbl>
    <w:p w14:paraId="07A66C51" w14:textId="77777777" w:rsidR="008C2CEB" w:rsidRDefault="008C2CEB"/>
    <w:p w14:paraId="4F384816" w14:textId="77777777" w:rsidR="006059E6" w:rsidRDefault="00E9485B">
      <w:r>
        <w:lastRenderedPageBreak/>
        <w:t xml:space="preserve"> </w:t>
      </w:r>
    </w:p>
    <w:p w14:paraId="3D32485D" w14:textId="77777777" w:rsidR="006059E6" w:rsidRDefault="00E9485B">
      <w:pPr>
        <w:pStyle w:val="Heading2"/>
      </w:pPr>
      <w:r>
        <w:t>Community Vision</w:t>
      </w:r>
    </w:p>
    <w:p w14:paraId="4D0EDF7E" w14:textId="77777777" w:rsidR="006059E6" w:rsidRDefault="00E9485B">
      <w:pPr>
        <w:pStyle w:val="Heading3"/>
      </w:pPr>
      <w:r>
        <w:t>Background</w:t>
      </w:r>
    </w:p>
    <w:p w14:paraId="4EA0B818" w14:textId="77777777" w:rsidR="006059E6" w:rsidRDefault="00E9485B">
      <w:r>
        <w:t>In 2017, 16,000 members of our community helped to develop a Community Vision that outlined their aspirations for a thriving Greater Geelong (see figure below).</w:t>
      </w:r>
    </w:p>
    <w:p w14:paraId="06C349F6" w14:textId="77777777" w:rsidR="006059E6" w:rsidRDefault="00E9485B">
      <w:pPr>
        <w:pStyle w:val="Heading3"/>
      </w:pPr>
      <w:r>
        <w:t>Legislative Requirements</w:t>
      </w:r>
    </w:p>
    <w:p w14:paraId="1D702512" w14:textId="77777777" w:rsidR="008A6120" w:rsidRDefault="00E9485B">
      <w:r>
        <w:t>As part of the Victorian Local Government Act 2020, a Council must:</w:t>
      </w:r>
      <w:r>
        <w:br/>
      </w:r>
    </w:p>
    <w:p w14:paraId="24C0426E" w14:textId="77777777" w:rsidR="008A6120" w:rsidRDefault="00E9485B" w:rsidP="008A6120">
      <w:pPr>
        <w:pStyle w:val="ListParagraph"/>
        <w:numPr>
          <w:ilvl w:val="0"/>
          <w:numId w:val="12"/>
        </w:numPr>
      </w:pPr>
      <w:r>
        <w:t>Maintain a Community Vision that is developed with its municipal community in accordance with its deliberative engagement practices.</w:t>
      </w:r>
    </w:p>
    <w:p w14:paraId="71908A83" w14:textId="77777777" w:rsidR="008A6120" w:rsidRDefault="00E9485B" w:rsidP="008A6120">
      <w:pPr>
        <w:pStyle w:val="ListParagraph"/>
        <w:numPr>
          <w:ilvl w:val="0"/>
          <w:numId w:val="12"/>
        </w:numPr>
      </w:pPr>
      <w:r>
        <w:t>The scope of the Community Vision is a period of at least the next 10 financial years.</w:t>
      </w:r>
    </w:p>
    <w:p w14:paraId="2C68E860" w14:textId="77777777" w:rsidR="008A6120" w:rsidRDefault="00E9485B" w:rsidP="008A6120">
      <w:pPr>
        <w:pStyle w:val="ListParagraph"/>
        <w:numPr>
          <w:ilvl w:val="0"/>
          <w:numId w:val="12"/>
        </w:numPr>
      </w:pPr>
      <w:r>
        <w:t>A Community Vision must describe the municipal community's aspirations for the future of the municipality.</w:t>
      </w:r>
    </w:p>
    <w:p w14:paraId="4C943E4A" w14:textId="77777777" w:rsidR="008A6120" w:rsidRDefault="00E9485B" w:rsidP="008A6120">
      <w:pPr>
        <w:pStyle w:val="ListParagraph"/>
        <w:numPr>
          <w:ilvl w:val="0"/>
          <w:numId w:val="12"/>
        </w:numPr>
      </w:pPr>
      <w:r>
        <w:t>A Council must develop or review the Community Vision in accordance with its deliberative engagement practices and adopt the Community Vision by 31 October in the year following a general election.</w:t>
      </w:r>
    </w:p>
    <w:p w14:paraId="15F9CED3" w14:textId="77777777" w:rsidR="0011169A" w:rsidRDefault="00E9485B" w:rsidP="008A6120">
      <w:pPr>
        <w:pStyle w:val="ListParagraph"/>
        <w:numPr>
          <w:ilvl w:val="0"/>
          <w:numId w:val="12"/>
        </w:numPr>
      </w:pPr>
      <w:r>
        <w:t>The Community Vision adopted under subsection (4) has effect from 1 July in the year following a general election.</w:t>
      </w:r>
    </w:p>
    <w:p w14:paraId="0CF922A9" w14:textId="1C38862E" w:rsidR="006059E6" w:rsidRDefault="0011169A" w:rsidP="0011169A">
      <w:r w:rsidRPr="0011169A">
        <w:drawing>
          <wp:inline distT="0" distB="0" distL="0" distR="0" wp14:anchorId="3F80449D" wp14:editId="6E955075">
            <wp:extent cx="3771900" cy="3965747"/>
            <wp:effectExtent l="0" t="0" r="0" b="0"/>
            <wp:docPr id="1388106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06168" name=""/>
                    <pic:cNvPicPr/>
                  </pic:nvPicPr>
                  <pic:blipFill rotWithShape="1">
                    <a:blip r:embed="rId13"/>
                    <a:srcRect l="8431" t="3992" r="14535" b="2852"/>
                    <a:stretch/>
                  </pic:blipFill>
                  <pic:spPr bwMode="auto">
                    <a:xfrm>
                      <a:off x="0" y="0"/>
                      <a:ext cx="3774350" cy="3968323"/>
                    </a:xfrm>
                    <a:prstGeom prst="rect">
                      <a:avLst/>
                    </a:prstGeom>
                    <a:ln>
                      <a:noFill/>
                    </a:ln>
                    <a:extLst>
                      <a:ext uri="{53640926-AAD7-44D8-BBD7-CCE9431645EC}">
                        <a14:shadowObscured xmlns:a14="http://schemas.microsoft.com/office/drawing/2010/main"/>
                      </a:ext>
                    </a:extLst>
                  </pic:spPr>
                </pic:pic>
              </a:graphicData>
            </a:graphic>
          </wp:inline>
        </w:drawing>
      </w:r>
      <w:r w:rsidR="00E9485B">
        <w:br/>
      </w:r>
    </w:p>
    <w:p w14:paraId="4CB35B07" w14:textId="77777777" w:rsidR="006059E6" w:rsidRDefault="00E9485B">
      <w:r>
        <w:lastRenderedPageBreak/>
        <w:t>Community Vision: By 2047, Greater Geelong will be internationally recognised as a clever and creative city-region that is forward looking, enterprising and adaptive, and cares for its people and environment.</w:t>
      </w:r>
    </w:p>
    <w:p w14:paraId="17B7E6C6" w14:textId="459F844E" w:rsidR="006059E6" w:rsidRPr="00316BFE" w:rsidRDefault="00E9485B">
      <w:pPr>
        <w:rPr>
          <w:b/>
          <w:bCs/>
        </w:rPr>
      </w:pPr>
      <w:r w:rsidRPr="00316BFE">
        <w:rPr>
          <w:b/>
          <w:bCs/>
        </w:rPr>
        <w:t xml:space="preserve">Please provide your feedback on the community vision below: </w:t>
      </w:r>
    </w:p>
    <w:tbl>
      <w:tblPr>
        <w:tblStyle w:val="TableGrid"/>
        <w:tblW w:w="0" w:type="auto"/>
        <w:tblInd w:w="108" w:type="dxa"/>
        <w:tblLook w:val="04A0" w:firstRow="1" w:lastRow="0" w:firstColumn="1" w:lastColumn="0" w:noHBand="0" w:noVBand="1"/>
      </w:tblPr>
      <w:tblGrid>
        <w:gridCol w:w="9468"/>
      </w:tblGrid>
      <w:tr w:rsidR="008A6120" w14:paraId="24DAB1E4" w14:textId="77777777" w:rsidTr="0011169A">
        <w:trPr>
          <w:trHeight w:val="4661"/>
        </w:trPr>
        <w:tc>
          <w:tcPr>
            <w:tcW w:w="9468" w:type="dxa"/>
          </w:tcPr>
          <w:p w14:paraId="478FBDA0" w14:textId="77777777" w:rsidR="008A6120" w:rsidRDefault="008A6120"/>
          <w:p w14:paraId="420F0CF8" w14:textId="77777777" w:rsidR="008A6120" w:rsidRDefault="008A6120"/>
          <w:p w14:paraId="56912476" w14:textId="77777777" w:rsidR="008A6120" w:rsidRDefault="008A6120"/>
          <w:p w14:paraId="79B654E3" w14:textId="77777777" w:rsidR="008A6120" w:rsidRDefault="008A6120"/>
          <w:p w14:paraId="4D696098" w14:textId="77777777" w:rsidR="008A6120" w:rsidRDefault="008A6120"/>
          <w:p w14:paraId="731B9E49" w14:textId="77777777" w:rsidR="008A6120" w:rsidRDefault="008A6120"/>
          <w:p w14:paraId="23744F8D" w14:textId="77777777" w:rsidR="008A6120" w:rsidRDefault="008A6120"/>
          <w:p w14:paraId="222CC897" w14:textId="77777777" w:rsidR="008A6120" w:rsidRDefault="008A6120"/>
          <w:p w14:paraId="3C3580B7" w14:textId="77777777" w:rsidR="001348E4" w:rsidRDefault="001348E4"/>
          <w:p w14:paraId="38412DBB" w14:textId="77777777" w:rsidR="001348E4" w:rsidRDefault="001348E4"/>
          <w:p w14:paraId="63D6B461" w14:textId="77777777" w:rsidR="001348E4" w:rsidRDefault="001348E4"/>
          <w:p w14:paraId="3A5C7736" w14:textId="77777777" w:rsidR="001348E4" w:rsidRDefault="001348E4"/>
          <w:p w14:paraId="69F7B893" w14:textId="77777777" w:rsidR="001348E4" w:rsidRDefault="001348E4"/>
          <w:p w14:paraId="100D8436" w14:textId="77777777" w:rsidR="001348E4" w:rsidRDefault="001348E4"/>
          <w:p w14:paraId="52ADF53F" w14:textId="77777777" w:rsidR="008A6120" w:rsidRDefault="008A6120"/>
          <w:p w14:paraId="680F6992" w14:textId="77777777" w:rsidR="008A6120" w:rsidRDefault="008A6120"/>
          <w:p w14:paraId="21D5DF0D" w14:textId="77777777" w:rsidR="008A6120" w:rsidRDefault="008A6120"/>
        </w:tc>
      </w:tr>
    </w:tbl>
    <w:p w14:paraId="0223B669" w14:textId="77777777" w:rsidR="008A6120" w:rsidRDefault="008A6120"/>
    <w:p w14:paraId="051CFB7F" w14:textId="77777777" w:rsidR="006059E6" w:rsidRDefault="00E9485B">
      <w:pPr>
        <w:pStyle w:val="Heading2"/>
      </w:pPr>
      <w:r>
        <w:t>Strategic Direction &amp; Objectives</w:t>
      </w:r>
    </w:p>
    <w:p w14:paraId="0C9E0B60" w14:textId="4E3E8BDA" w:rsidR="0011169A" w:rsidRDefault="0011169A" w:rsidP="0011169A">
      <w:pPr>
        <w:pStyle w:val="Heading3"/>
      </w:pPr>
      <w:r>
        <w:t>Overview</w:t>
      </w:r>
    </w:p>
    <w:p w14:paraId="338B9348" w14:textId="398ABD90" w:rsidR="0011169A" w:rsidRDefault="0011169A" w:rsidP="0011169A">
      <w:pPr>
        <w:rPr>
          <w:b/>
          <w:bCs/>
        </w:rPr>
      </w:pPr>
      <w:r w:rsidRPr="0011169A">
        <w:rPr>
          <w:b/>
          <w:bCs/>
        </w:rPr>
        <w:t>Have you read the draft Council Plan 2025-29?</w:t>
      </w:r>
    </w:p>
    <w:tbl>
      <w:tblPr>
        <w:tblStyle w:val="TableGrid"/>
        <w:tblW w:w="0" w:type="auto"/>
        <w:tblInd w:w="108" w:type="dxa"/>
        <w:tblLook w:val="04A0" w:firstRow="1" w:lastRow="0" w:firstColumn="1" w:lastColumn="0" w:noHBand="0" w:noVBand="1"/>
      </w:tblPr>
      <w:tblGrid>
        <w:gridCol w:w="2127"/>
        <w:gridCol w:w="7341"/>
      </w:tblGrid>
      <w:tr w:rsidR="0011169A" w14:paraId="4CA08FB6" w14:textId="77777777" w:rsidTr="0011169A">
        <w:tc>
          <w:tcPr>
            <w:tcW w:w="2127" w:type="dxa"/>
          </w:tcPr>
          <w:p w14:paraId="2FA8CF9B" w14:textId="1AE57DE0" w:rsidR="0011169A" w:rsidRDefault="0011169A" w:rsidP="0011169A">
            <w:r>
              <w:t>Yes</w:t>
            </w:r>
          </w:p>
        </w:tc>
        <w:sdt>
          <w:sdtPr>
            <w:id w:val="1455133561"/>
            <w14:checkbox>
              <w14:checked w14:val="0"/>
              <w14:checkedState w14:val="2612" w14:font="MS Gothic"/>
              <w14:uncheckedState w14:val="2610" w14:font="MS Gothic"/>
            </w14:checkbox>
          </w:sdtPr>
          <w:sdtContent>
            <w:tc>
              <w:tcPr>
                <w:tcW w:w="7341" w:type="dxa"/>
              </w:tcPr>
              <w:p w14:paraId="7A3133E3" w14:textId="6F98AC9E" w:rsidR="0011169A" w:rsidRDefault="0011169A" w:rsidP="0011169A">
                <w:r>
                  <w:rPr>
                    <w:rFonts w:ascii="MS Gothic" w:eastAsia="MS Gothic" w:hAnsi="MS Gothic" w:hint="eastAsia"/>
                  </w:rPr>
                  <w:t>☐</w:t>
                </w:r>
              </w:p>
            </w:tc>
          </w:sdtContent>
        </w:sdt>
      </w:tr>
      <w:tr w:rsidR="0011169A" w14:paraId="04BDE2C9" w14:textId="77777777" w:rsidTr="0011169A">
        <w:tc>
          <w:tcPr>
            <w:tcW w:w="2127" w:type="dxa"/>
          </w:tcPr>
          <w:p w14:paraId="46B629E2" w14:textId="196112F6" w:rsidR="0011169A" w:rsidRDefault="0011169A" w:rsidP="0011169A">
            <w:r>
              <w:t>No</w:t>
            </w:r>
          </w:p>
        </w:tc>
        <w:sdt>
          <w:sdtPr>
            <w:id w:val="1345600495"/>
            <w14:checkbox>
              <w14:checked w14:val="0"/>
              <w14:checkedState w14:val="2612" w14:font="MS Gothic"/>
              <w14:uncheckedState w14:val="2610" w14:font="MS Gothic"/>
            </w14:checkbox>
          </w:sdtPr>
          <w:sdtContent>
            <w:tc>
              <w:tcPr>
                <w:tcW w:w="7341" w:type="dxa"/>
              </w:tcPr>
              <w:p w14:paraId="5571AB1A" w14:textId="484FD43E" w:rsidR="0011169A" w:rsidRDefault="0011169A" w:rsidP="0011169A">
                <w:r>
                  <w:rPr>
                    <w:rFonts w:ascii="MS Gothic" w:eastAsia="MS Gothic" w:hAnsi="MS Gothic" w:hint="eastAsia"/>
                  </w:rPr>
                  <w:t>☐</w:t>
                </w:r>
              </w:p>
            </w:tc>
          </w:sdtContent>
        </w:sdt>
      </w:tr>
    </w:tbl>
    <w:p w14:paraId="67488AB9" w14:textId="77777777" w:rsidR="0011169A" w:rsidRDefault="0011169A" w:rsidP="0011169A"/>
    <w:p w14:paraId="602BB23D" w14:textId="131132AC" w:rsidR="0011169A" w:rsidRDefault="0011169A" w:rsidP="0011169A">
      <w:pPr>
        <w:rPr>
          <w:b/>
          <w:bCs/>
        </w:rPr>
      </w:pPr>
      <w:r w:rsidRPr="0011169A">
        <w:rPr>
          <w:b/>
          <w:bCs/>
        </w:rPr>
        <w:t>To what extent do you support the draft Council Plan 2025-29 as it is currently presented? </w:t>
      </w:r>
    </w:p>
    <w:tbl>
      <w:tblPr>
        <w:tblStyle w:val="TableGrid"/>
        <w:tblW w:w="0" w:type="auto"/>
        <w:tblLook w:val="04A0" w:firstRow="1" w:lastRow="0" w:firstColumn="1" w:lastColumn="0" w:noHBand="0" w:noVBand="1"/>
      </w:tblPr>
      <w:tblGrid>
        <w:gridCol w:w="2235"/>
        <w:gridCol w:w="7341"/>
      </w:tblGrid>
      <w:tr w:rsidR="0011169A" w14:paraId="2DF67FCE" w14:textId="77777777" w:rsidTr="0011169A">
        <w:tc>
          <w:tcPr>
            <w:tcW w:w="2235" w:type="dxa"/>
          </w:tcPr>
          <w:p w14:paraId="53722583" w14:textId="0BA2BC97" w:rsidR="0011169A" w:rsidRDefault="0011169A" w:rsidP="0011169A">
            <w:r w:rsidRPr="0011169A">
              <w:t>Strongly support</w:t>
            </w:r>
          </w:p>
        </w:tc>
        <w:sdt>
          <w:sdtPr>
            <w:id w:val="-1129693903"/>
            <w14:checkbox>
              <w14:checked w14:val="0"/>
              <w14:checkedState w14:val="2612" w14:font="MS Gothic"/>
              <w14:uncheckedState w14:val="2610" w14:font="MS Gothic"/>
            </w14:checkbox>
          </w:sdtPr>
          <w:sdtContent>
            <w:tc>
              <w:tcPr>
                <w:tcW w:w="7341" w:type="dxa"/>
              </w:tcPr>
              <w:p w14:paraId="5D15F21F" w14:textId="62536AF3" w:rsidR="0011169A" w:rsidRDefault="0011169A" w:rsidP="0011169A">
                <w:r>
                  <w:rPr>
                    <w:rFonts w:ascii="MS Gothic" w:eastAsia="MS Gothic" w:hAnsi="MS Gothic" w:hint="eastAsia"/>
                  </w:rPr>
                  <w:t>☐</w:t>
                </w:r>
              </w:p>
            </w:tc>
          </w:sdtContent>
        </w:sdt>
      </w:tr>
      <w:tr w:rsidR="0011169A" w14:paraId="7DDA868B" w14:textId="77777777" w:rsidTr="0011169A">
        <w:tc>
          <w:tcPr>
            <w:tcW w:w="2235" w:type="dxa"/>
          </w:tcPr>
          <w:p w14:paraId="6491D4EE" w14:textId="27C3D1A7" w:rsidR="0011169A" w:rsidRDefault="0011169A" w:rsidP="0011169A">
            <w:r w:rsidRPr="0011169A">
              <w:t>Somewhat support</w:t>
            </w:r>
          </w:p>
        </w:tc>
        <w:sdt>
          <w:sdtPr>
            <w:id w:val="1786076572"/>
            <w14:checkbox>
              <w14:checked w14:val="0"/>
              <w14:checkedState w14:val="2612" w14:font="MS Gothic"/>
              <w14:uncheckedState w14:val="2610" w14:font="MS Gothic"/>
            </w14:checkbox>
          </w:sdtPr>
          <w:sdtContent>
            <w:tc>
              <w:tcPr>
                <w:tcW w:w="7341" w:type="dxa"/>
              </w:tcPr>
              <w:p w14:paraId="49A29929" w14:textId="458B8181" w:rsidR="0011169A" w:rsidRDefault="0011169A" w:rsidP="0011169A">
                <w:r>
                  <w:rPr>
                    <w:rFonts w:ascii="MS Gothic" w:eastAsia="MS Gothic" w:hAnsi="MS Gothic" w:hint="eastAsia"/>
                  </w:rPr>
                  <w:t>☐</w:t>
                </w:r>
              </w:p>
            </w:tc>
          </w:sdtContent>
        </w:sdt>
      </w:tr>
      <w:tr w:rsidR="0011169A" w14:paraId="5E5F9A53" w14:textId="77777777" w:rsidTr="0011169A">
        <w:tc>
          <w:tcPr>
            <w:tcW w:w="2235" w:type="dxa"/>
          </w:tcPr>
          <w:p w14:paraId="43687BBB" w14:textId="4ED7D797" w:rsidR="0011169A" w:rsidRDefault="0011169A" w:rsidP="0011169A">
            <w:r w:rsidRPr="0011169A">
              <w:t>No strong opinion</w:t>
            </w:r>
          </w:p>
        </w:tc>
        <w:sdt>
          <w:sdtPr>
            <w:id w:val="669461219"/>
            <w14:checkbox>
              <w14:checked w14:val="0"/>
              <w14:checkedState w14:val="2612" w14:font="MS Gothic"/>
              <w14:uncheckedState w14:val="2610" w14:font="MS Gothic"/>
            </w14:checkbox>
          </w:sdtPr>
          <w:sdtContent>
            <w:tc>
              <w:tcPr>
                <w:tcW w:w="7341" w:type="dxa"/>
              </w:tcPr>
              <w:p w14:paraId="1A5F8AE1" w14:textId="42DC7179" w:rsidR="0011169A" w:rsidRDefault="0011169A" w:rsidP="0011169A">
                <w:r>
                  <w:rPr>
                    <w:rFonts w:ascii="MS Gothic" w:eastAsia="MS Gothic" w:hAnsi="MS Gothic" w:hint="eastAsia"/>
                  </w:rPr>
                  <w:t>☐</w:t>
                </w:r>
              </w:p>
            </w:tc>
          </w:sdtContent>
        </w:sdt>
      </w:tr>
      <w:tr w:rsidR="0011169A" w14:paraId="0DDDC929" w14:textId="77777777" w:rsidTr="0011169A">
        <w:tc>
          <w:tcPr>
            <w:tcW w:w="2235" w:type="dxa"/>
          </w:tcPr>
          <w:p w14:paraId="14B05206" w14:textId="5CDF20CE" w:rsidR="0011169A" w:rsidRDefault="0011169A" w:rsidP="0011169A">
            <w:r w:rsidRPr="0011169A">
              <w:t>Somewhat oppose</w:t>
            </w:r>
          </w:p>
        </w:tc>
        <w:sdt>
          <w:sdtPr>
            <w:id w:val="1005794148"/>
            <w14:checkbox>
              <w14:checked w14:val="0"/>
              <w14:checkedState w14:val="2612" w14:font="MS Gothic"/>
              <w14:uncheckedState w14:val="2610" w14:font="MS Gothic"/>
            </w14:checkbox>
          </w:sdtPr>
          <w:sdtContent>
            <w:tc>
              <w:tcPr>
                <w:tcW w:w="7341" w:type="dxa"/>
              </w:tcPr>
              <w:p w14:paraId="4B476AEC" w14:textId="62C83D51" w:rsidR="0011169A" w:rsidRDefault="0011169A" w:rsidP="0011169A">
                <w:r>
                  <w:rPr>
                    <w:rFonts w:ascii="MS Gothic" w:eastAsia="MS Gothic" w:hAnsi="MS Gothic" w:hint="eastAsia"/>
                  </w:rPr>
                  <w:t>☐</w:t>
                </w:r>
              </w:p>
            </w:tc>
          </w:sdtContent>
        </w:sdt>
      </w:tr>
      <w:tr w:rsidR="0011169A" w14:paraId="5AA6DDA5" w14:textId="77777777" w:rsidTr="0011169A">
        <w:tc>
          <w:tcPr>
            <w:tcW w:w="2235" w:type="dxa"/>
          </w:tcPr>
          <w:p w14:paraId="107AF32D" w14:textId="201E00F0" w:rsidR="0011169A" w:rsidRDefault="0011169A" w:rsidP="0011169A">
            <w:r w:rsidRPr="0011169A">
              <w:t>Strongly oppose</w:t>
            </w:r>
          </w:p>
        </w:tc>
        <w:sdt>
          <w:sdtPr>
            <w:id w:val="1841964553"/>
            <w14:checkbox>
              <w14:checked w14:val="0"/>
              <w14:checkedState w14:val="2612" w14:font="MS Gothic"/>
              <w14:uncheckedState w14:val="2610" w14:font="MS Gothic"/>
            </w14:checkbox>
          </w:sdtPr>
          <w:sdtContent>
            <w:tc>
              <w:tcPr>
                <w:tcW w:w="7341" w:type="dxa"/>
              </w:tcPr>
              <w:p w14:paraId="57CFD18C" w14:textId="3A45E4A3" w:rsidR="0011169A" w:rsidRDefault="0011169A" w:rsidP="0011169A">
                <w:r>
                  <w:rPr>
                    <w:rFonts w:ascii="MS Gothic" w:eastAsia="MS Gothic" w:hAnsi="MS Gothic" w:hint="eastAsia"/>
                  </w:rPr>
                  <w:t>☐</w:t>
                </w:r>
              </w:p>
            </w:tc>
          </w:sdtContent>
        </w:sdt>
      </w:tr>
    </w:tbl>
    <w:p w14:paraId="158448F7" w14:textId="77777777" w:rsidR="0011169A" w:rsidRDefault="0011169A" w:rsidP="0011169A"/>
    <w:p w14:paraId="6F764016" w14:textId="77777777" w:rsidR="0011169A" w:rsidRDefault="0011169A">
      <w:pPr>
        <w:rPr>
          <w:rFonts w:asciiTheme="majorHAnsi" w:eastAsiaTheme="majorEastAsia" w:hAnsiTheme="majorHAnsi" w:cstheme="majorBidi"/>
          <w:b/>
          <w:bCs/>
          <w:color w:val="4F81BD" w:themeColor="accent1"/>
        </w:rPr>
      </w:pPr>
      <w:r>
        <w:br w:type="page"/>
      </w:r>
    </w:p>
    <w:p w14:paraId="43E8E824" w14:textId="7F3D586D" w:rsidR="006059E6" w:rsidRDefault="00E9485B">
      <w:pPr>
        <w:pStyle w:val="Heading3"/>
      </w:pPr>
      <w:r>
        <w:lastRenderedPageBreak/>
        <w:t>Strategic Direction</w:t>
      </w:r>
    </w:p>
    <w:p w14:paraId="591E7EF9" w14:textId="77777777" w:rsidR="006059E6" w:rsidRDefault="00E9485B">
      <w:r>
        <w:t>Strategic Direction: We are committed to advancing community outcomes for a thriving Greater Geelong</w:t>
      </w:r>
    </w:p>
    <w:p w14:paraId="50B1735E" w14:textId="0DE0DF58" w:rsidR="0011169A" w:rsidRDefault="0011169A">
      <w:pPr>
        <w:rPr>
          <w:b/>
          <w:bCs/>
        </w:rPr>
      </w:pPr>
      <w:r w:rsidRPr="0011169A">
        <w:rPr>
          <w:b/>
          <w:bCs/>
        </w:rPr>
        <w:t>Do you support the strategic direction?</w:t>
      </w:r>
    </w:p>
    <w:tbl>
      <w:tblPr>
        <w:tblStyle w:val="TableGrid"/>
        <w:tblW w:w="0" w:type="auto"/>
        <w:tblLook w:val="04A0" w:firstRow="1" w:lastRow="0" w:firstColumn="1" w:lastColumn="0" w:noHBand="0" w:noVBand="1"/>
      </w:tblPr>
      <w:tblGrid>
        <w:gridCol w:w="1668"/>
        <w:gridCol w:w="7908"/>
      </w:tblGrid>
      <w:tr w:rsidR="0011169A" w14:paraId="22D4DDF0" w14:textId="77777777" w:rsidTr="0011169A">
        <w:tc>
          <w:tcPr>
            <w:tcW w:w="1668" w:type="dxa"/>
          </w:tcPr>
          <w:p w14:paraId="18E474F7" w14:textId="3179FE71" w:rsidR="0011169A" w:rsidRDefault="0011169A">
            <w:r>
              <w:t>Yes</w:t>
            </w:r>
          </w:p>
        </w:tc>
        <w:sdt>
          <w:sdtPr>
            <w:id w:val="886143672"/>
            <w14:checkbox>
              <w14:checked w14:val="0"/>
              <w14:checkedState w14:val="2612" w14:font="MS Gothic"/>
              <w14:uncheckedState w14:val="2610" w14:font="MS Gothic"/>
            </w14:checkbox>
          </w:sdtPr>
          <w:sdtContent>
            <w:tc>
              <w:tcPr>
                <w:tcW w:w="7908" w:type="dxa"/>
              </w:tcPr>
              <w:p w14:paraId="0F67F955" w14:textId="20B42375" w:rsidR="0011169A" w:rsidRDefault="0011169A">
                <w:r>
                  <w:rPr>
                    <w:rFonts w:ascii="MS Gothic" w:eastAsia="MS Gothic" w:hAnsi="MS Gothic" w:hint="eastAsia"/>
                  </w:rPr>
                  <w:t>☐</w:t>
                </w:r>
              </w:p>
            </w:tc>
          </w:sdtContent>
        </w:sdt>
      </w:tr>
      <w:tr w:rsidR="0011169A" w14:paraId="5F02CA4D" w14:textId="77777777" w:rsidTr="0011169A">
        <w:tc>
          <w:tcPr>
            <w:tcW w:w="1668" w:type="dxa"/>
          </w:tcPr>
          <w:p w14:paraId="5B531288" w14:textId="4BF672E3" w:rsidR="0011169A" w:rsidRDefault="0011169A">
            <w:r>
              <w:t>No</w:t>
            </w:r>
          </w:p>
        </w:tc>
        <w:sdt>
          <w:sdtPr>
            <w:id w:val="1804354715"/>
            <w14:checkbox>
              <w14:checked w14:val="0"/>
              <w14:checkedState w14:val="2612" w14:font="MS Gothic"/>
              <w14:uncheckedState w14:val="2610" w14:font="MS Gothic"/>
            </w14:checkbox>
          </w:sdtPr>
          <w:sdtContent>
            <w:tc>
              <w:tcPr>
                <w:tcW w:w="7908" w:type="dxa"/>
              </w:tcPr>
              <w:p w14:paraId="1CFADD26" w14:textId="21BC8B72" w:rsidR="0011169A" w:rsidRDefault="0011169A">
                <w:r>
                  <w:rPr>
                    <w:rFonts w:ascii="MS Gothic" w:eastAsia="MS Gothic" w:hAnsi="MS Gothic" w:hint="eastAsia"/>
                  </w:rPr>
                  <w:t>☐</w:t>
                </w:r>
              </w:p>
            </w:tc>
          </w:sdtContent>
        </w:sdt>
      </w:tr>
      <w:tr w:rsidR="0011169A" w14:paraId="20380ED8" w14:textId="77777777" w:rsidTr="0011169A">
        <w:tc>
          <w:tcPr>
            <w:tcW w:w="1668" w:type="dxa"/>
          </w:tcPr>
          <w:p w14:paraId="0917E177" w14:textId="3339BB57" w:rsidR="0011169A" w:rsidRDefault="0011169A">
            <w:r>
              <w:t>Unsure</w:t>
            </w:r>
          </w:p>
        </w:tc>
        <w:sdt>
          <w:sdtPr>
            <w:id w:val="-1673412912"/>
            <w14:checkbox>
              <w14:checked w14:val="0"/>
              <w14:checkedState w14:val="2612" w14:font="MS Gothic"/>
              <w14:uncheckedState w14:val="2610" w14:font="MS Gothic"/>
            </w14:checkbox>
          </w:sdtPr>
          <w:sdtContent>
            <w:tc>
              <w:tcPr>
                <w:tcW w:w="7908" w:type="dxa"/>
              </w:tcPr>
              <w:p w14:paraId="74313E83" w14:textId="456A5F59" w:rsidR="0011169A" w:rsidRDefault="0011169A">
                <w:r>
                  <w:rPr>
                    <w:rFonts w:ascii="MS Gothic" w:eastAsia="MS Gothic" w:hAnsi="MS Gothic" w:hint="eastAsia"/>
                  </w:rPr>
                  <w:t>☐</w:t>
                </w:r>
              </w:p>
            </w:tc>
          </w:sdtContent>
        </w:sdt>
      </w:tr>
    </w:tbl>
    <w:p w14:paraId="64C31A58" w14:textId="77777777" w:rsidR="0011169A" w:rsidRDefault="0011169A" w:rsidP="0011169A">
      <w:pPr>
        <w:spacing w:after="0"/>
      </w:pPr>
    </w:p>
    <w:p w14:paraId="6223B405" w14:textId="77777777" w:rsidR="008A6120" w:rsidRPr="00316BFE" w:rsidRDefault="00E9485B" w:rsidP="00B153B1">
      <w:pPr>
        <w:spacing w:after="0"/>
        <w:rPr>
          <w:b/>
          <w:bCs/>
        </w:rPr>
      </w:pPr>
      <w:r w:rsidRPr="00316BFE">
        <w:rPr>
          <w:b/>
          <w:bCs/>
        </w:rPr>
        <w:t xml:space="preserve">Please provide your feedback on the strategic direction below: </w:t>
      </w:r>
    </w:p>
    <w:tbl>
      <w:tblPr>
        <w:tblStyle w:val="TableGrid"/>
        <w:tblW w:w="0" w:type="auto"/>
        <w:tblLook w:val="04A0" w:firstRow="1" w:lastRow="0" w:firstColumn="1" w:lastColumn="0" w:noHBand="0" w:noVBand="1"/>
      </w:tblPr>
      <w:tblGrid>
        <w:gridCol w:w="9576"/>
      </w:tblGrid>
      <w:tr w:rsidR="008A6120" w14:paraId="15E6642D" w14:textId="77777777" w:rsidTr="00B153B1">
        <w:trPr>
          <w:trHeight w:val="1553"/>
        </w:trPr>
        <w:tc>
          <w:tcPr>
            <w:tcW w:w="9576" w:type="dxa"/>
          </w:tcPr>
          <w:p w14:paraId="153D7338" w14:textId="77777777" w:rsidR="008A6120" w:rsidRDefault="008A6120">
            <w:pPr>
              <w:pStyle w:val="Heading3"/>
            </w:pPr>
            <w:bookmarkStart w:id="0" w:name="_Hlk195713744"/>
          </w:p>
          <w:p w14:paraId="6C3D8642" w14:textId="77777777" w:rsidR="008A6120" w:rsidRDefault="008A6120" w:rsidP="008A6120"/>
          <w:p w14:paraId="3A1704DB" w14:textId="77777777" w:rsidR="008A6120" w:rsidRDefault="008A6120" w:rsidP="008A6120"/>
          <w:p w14:paraId="5715C97E" w14:textId="77777777" w:rsidR="008A6120" w:rsidRDefault="008A6120" w:rsidP="008A6120"/>
          <w:p w14:paraId="19F04076" w14:textId="77777777" w:rsidR="001348E4" w:rsidRDefault="001348E4" w:rsidP="008A6120"/>
          <w:p w14:paraId="40D6A2FA" w14:textId="77777777" w:rsidR="001348E4" w:rsidRDefault="001348E4" w:rsidP="008A6120"/>
          <w:p w14:paraId="65C01B5B" w14:textId="77777777" w:rsidR="008A6120" w:rsidRPr="008A6120" w:rsidRDefault="008A6120" w:rsidP="008A6120"/>
        </w:tc>
      </w:tr>
    </w:tbl>
    <w:bookmarkEnd w:id="0"/>
    <w:p w14:paraId="6F9521F9" w14:textId="44E8F5D9" w:rsidR="006059E6" w:rsidRDefault="00FE450D">
      <w:pPr>
        <w:pStyle w:val="Heading3"/>
      </w:pPr>
      <w:r w:rsidRPr="00FE450D">
        <w:t xml:space="preserve">Strategic </w:t>
      </w:r>
      <w:r w:rsidR="00E9485B">
        <w:t>Objective 1: Core and Critical Infrastructure</w:t>
      </w:r>
    </w:p>
    <w:p w14:paraId="3A7F6106" w14:textId="77777777" w:rsidR="000C2CFC" w:rsidRPr="000C2CFC" w:rsidRDefault="000C2CFC" w:rsidP="000C2CFC">
      <w:pPr>
        <w:shd w:val="clear" w:color="auto" w:fill="FFFFFF"/>
        <w:spacing w:after="150" w:line="240" w:lineRule="auto"/>
        <w:rPr>
          <w:rFonts w:eastAsia="Times New Roman" w:cs="Arial"/>
          <w:color w:val="000000"/>
          <w:lang w:val="en-AU" w:eastAsia="en-AU"/>
        </w:rPr>
      </w:pPr>
      <w:r w:rsidRPr="000C2CFC">
        <w:rPr>
          <w:rFonts w:eastAsia="Times New Roman" w:cs="Arial"/>
          <w:b/>
          <w:bCs/>
          <w:i/>
          <w:iCs/>
          <w:color w:val="000000"/>
          <w:lang w:val="en-AU" w:eastAsia="en-AU"/>
        </w:rPr>
        <w:t>Strategic Objective 1</w:t>
      </w:r>
    </w:p>
    <w:p w14:paraId="43B9FC7F" w14:textId="77777777" w:rsidR="000C2CFC" w:rsidRPr="000C2CFC" w:rsidRDefault="000C2CFC" w:rsidP="000C2CFC">
      <w:pPr>
        <w:shd w:val="clear" w:color="auto" w:fill="FFFFFF"/>
        <w:spacing w:after="150" w:line="240" w:lineRule="auto"/>
        <w:rPr>
          <w:rFonts w:eastAsia="Times New Roman" w:cs="Arial"/>
          <w:color w:val="000000"/>
          <w:lang w:val="en-AU" w:eastAsia="en-AU"/>
        </w:rPr>
      </w:pPr>
      <w:r w:rsidRPr="000C2CFC">
        <w:rPr>
          <w:rFonts w:eastAsia="Times New Roman" w:cs="Arial"/>
          <w:i/>
          <w:iCs/>
          <w:color w:val="000000"/>
          <w:lang w:val="en-AU" w:eastAsia="en-AU"/>
        </w:rPr>
        <w:t>Plan, deliver, manage and optimise core and critical infrastructure across the region</w:t>
      </w:r>
    </w:p>
    <w:p w14:paraId="51185B65" w14:textId="77777777" w:rsidR="000C2CFC" w:rsidRPr="000C2CFC" w:rsidRDefault="000C2CFC" w:rsidP="000C2CFC">
      <w:pPr>
        <w:shd w:val="clear" w:color="auto" w:fill="FFFFFF"/>
        <w:spacing w:after="150" w:line="240" w:lineRule="auto"/>
        <w:rPr>
          <w:rFonts w:eastAsia="Times New Roman" w:cs="Arial"/>
          <w:color w:val="000000"/>
          <w:lang w:val="en-AU" w:eastAsia="en-AU"/>
        </w:rPr>
      </w:pPr>
      <w:r w:rsidRPr="000C2CFC">
        <w:rPr>
          <w:rFonts w:eastAsia="Times New Roman" w:cs="Arial"/>
          <w:b/>
          <w:bCs/>
          <w:i/>
          <w:iCs/>
          <w:color w:val="000000"/>
          <w:lang w:val="en-AU" w:eastAsia="en-AU"/>
        </w:rPr>
        <w:t>Outcomes</w:t>
      </w:r>
    </w:p>
    <w:p w14:paraId="2E770191" w14:textId="77777777" w:rsidR="000C2CFC" w:rsidRPr="000C2CFC" w:rsidRDefault="000C2CFC" w:rsidP="000C2CFC">
      <w:pPr>
        <w:numPr>
          <w:ilvl w:val="0"/>
          <w:numId w:val="13"/>
        </w:numPr>
        <w:shd w:val="clear" w:color="auto" w:fill="FFFFFF"/>
        <w:spacing w:before="100" w:beforeAutospacing="1" w:after="100" w:afterAutospacing="1" w:line="240" w:lineRule="auto"/>
        <w:rPr>
          <w:rFonts w:eastAsia="Times New Roman" w:cs="Arial"/>
          <w:color w:val="000000"/>
          <w:lang w:val="en-AU" w:eastAsia="en-AU"/>
        </w:rPr>
      </w:pPr>
      <w:r w:rsidRPr="000C2CFC">
        <w:rPr>
          <w:rFonts w:eastAsia="Times New Roman" w:cs="Arial"/>
          <w:color w:val="000000"/>
          <w:lang w:val="en-AU" w:eastAsia="en-AU"/>
        </w:rPr>
        <w:t>Responsible and sustainable growth and development.</w:t>
      </w:r>
    </w:p>
    <w:p w14:paraId="2683E348" w14:textId="77777777" w:rsidR="000C2CFC" w:rsidRPr="000C2CFC" w:rsidRDefault="000C2CFC" w:rsidP="000C2CFC">
      <w:pPr>
        <w:numPr>
          <w:ilvl w:val="0"/>
          <w:numId w:val="13"/>
        </w:numPr>
        <w:shd w:val="clear" w:color="auto" w:fill="FFFFFF"/>
        <w:spacing w:before="100" w:beforeAutospacing="1" w:after="100" w:afterAutospacing="1" w:line="240" w:lineRule="auto"/>
        <w:rPr>
          <w:rFonts w:eastAsia="Times New Roman" w:cs="Arial"/>
          <w:color w:val="000000"/>
          <w:lang w:val="en-AU" w:eastAsia="en-AU"/>
        </w:rPr>
      </w:pPr>
      <w:r w:rsidRPr="000C2CFC">
        <w:rPr>
          <w:rFonts w:eastAsia="Times New Roman" w:cs="Arial"/>
          <w:color w:val="000000"/>
          <w:lang w:val="en-AU" w:eastAsia="en-AU"/>
        </w:rPr>
        <w:t>Multi-modal transport networks are well-connected and accessible.</w:t>
      </w:r>
    </w:p>
    <w:p w14:paraId="2CB2FF33" w14:textId="77777777" w:rsidR="000C2CFC" w:rsidRDefault="000C2CFC" w:rsidP="000C2CFC">
      <w:pPr>
        <w:numPr>
          <w:ilvl w:val="0"/>
          <w:numId w:val="13"/>
        </w:numPr>
        <w:shd w:val="clear" w:color="auto" w:fill="FFFFFF"/>
        <w:spacing w:before="100" w:beforeAutospacing="1" w:after="100" w:afterAutospacing="1" w:line="240" w:lineRule="auto"/>
        <w:rPr>
          <w:rFonts w:eastAsia="Times New Roman" w:cs="Arial"/>
          <w:color w:val="000000"/>
          <w:lang w:val="en-AU" w:eastAsia="en-AU"/>
        </w:rPr>
      </w:pPr>
      <w:r w:rsidRPr="000C2CFC">
        <w:rPr>
          <w:rFonts w:eastAsia="Times New Roman" w:cs="Arial"/>
          <w:color w:val="000000"/>
          <w:lang w:val="en-AU" w:eastAsia="en-AU"/>
        </w:rPr>
        <w:t>Community facilities and public spaces are accessible and fit for purpose.</w:t>
      </w:r>
    </w:p>
    <w:p w14:paraId="0E850822" w14:textId="641D9C3B" w:rsidR="0011169A" w:rsidRPr="0011169A" w:rsidRDefault="0011169A" w:rsidP="0011169A">
      <w:pPr>
        <w:rPr>
          <w:b/>
          <w:bCs/>
        </w:rPr>
      </w:pPr>
      <w:r w:rsidRPr="0011169A">
        <w:rPr>
          <w:b/>
          <w:bCs/>
        </w:rPr>
        <w:t xml:space="preserve">Do you support the </w:t>
      </w:r>
      <w:r>
        <w:rPr>
          <w:b/>
          <w:bCs/>
        </w:rPr>
        <w:t>Strategic Objective 1</w:t>
      </w:r>
      <w:r w:rsidRPr="0011169A">
        <w:rPr>
          <w:b/>
          <w:bCs/>
        </w:rPr>
        <w:t>?</w:t>
      </w:r>
    </w:p>
    <w:tbl>
      <w:tblPr>
        <w:tblStyle w:val="TableGrid"/>
        <w:tblW w:w="0" w:type="auto"/>
        <w:tblLook w:val="04A0" w:firstRow="1" w:lastRow="0" w:firstColumn="1" w:lastColumn="0" w:noHBand="0" w:noVBand="1"/>
      </w:tblPr>
      <w:tblGrid>
        <w:gridCol w:w="1668"/>
        <w:gridCol w:w="7908"/>
      </w:tblGrid>
      <w:tr w:rsidR="0011169A" w14:paraId="464128BB" w14:textId="77777777" w:rsidTr="007F6D39">
        <w:tc>
          <w:tcPr>
            <w:tcW w:w="1668" w:type="dxa"/>
          </w:tcPr>
          <w:p w14:paraId="2095B22E" w14:textId="77777777" w:rsidR="0011169A" w:rsidRDefault="0011169A" w:rsidP="007F6D39">
            <w:r>
              <w:t>Yes</w:t>
            </w:r>
          </w:p>
        </w:tc>
        <w:sdt>
          <w:sdtPr>
            <w:id w:val="-818648699"/>
            <w14:checkbox>
              <w14:checked w14:val="0"/>
              <w14:checkedState w14:val="2612" w14:font="MS Gothic"/>
              <w14:uncheckedState w14:val="2610" w14:font="MS Gothic"/>
            </w14:checkbox>
          </w:sdtPr>
          <w:sdtContent>
            <w:tc>
              <w:tcPr>
                <w:tcW w:w="7908" w:type="dxa"/>
              </w:tcPr>
              <w:p w14:paraId="29E16089" w14:textId="77777777" w:rsidR="0011169A" w:rsidRDefault="0011169A" w:rsidP="007F6D39">
                <w:r>
                  <w:rPr>
                    <w:rFonts w:ascii="MS Gothic" w:eastAsia="MS Gothic" w:hAnsi="MS Gothic" w:hint="eastAsia"/>
                  </w:rPr>
                  <w:t>☐</w:t>
                </w:r>
              </w:p>
            </w:tc>
          </w:sdtContent>
        </w:sdt>
      </w:tr>
      <w:tr w:rsidR="0011169A" w14:paraId="4D516054" w14:textId="77777777" w:rsidTr="007F6D39">
        <w:tc>
          <w:tcPr>
            <w:tcW w:w="1668" w:type="dxa"/>
          </w:tcPr>
          <w:p w14:paraId="4CC47A48" w14:textId="77777777" w:rsidR="0011169A" w:rsidRDefault="0011169A" w:rsidP="007F6D39">
            <w:r>
              <w:t>No</w:t>
            </w:r>
          </w:p>
        </w:tc>
        <w:sdt>
          <w:sdtPr>
            <w:id w:val="1681384236"/>
            <w14:checkbox>
              <w14:checked w14:val="0"/>
              <w14:checkedState w14:val="2612" w14:font="MS Gothic"/>
              <w14:uncheckedState w14:val="2610" w14:font="MS Gothic"/>
            </w14:checkbox>
          </w:sdtPr>
          <w:sdtContent>
            <w:tc>
              <w:tcPr>
                <w:tcW w:w="7908" w:type="dxa"/>
              </w:tcPr>
              <w:p w14:paraId="2893E8A9" w14:textId="77777777" w:rsidR="0011169A" w:rsidRDefault="0011169A" w:rsidP="007F6D39">
                <w:r>
                  <w:rPr>
                    <w:rFonts w:ascii="MS Gothic" w:eastAsia="MS Gothic" w:hAnsi="MS Gothic" w:hint="eastAsia"/>
                  </w:rPr>
                  <w:t>☐</w:t>
                </w:r>
              </w:p>
            </w:tc>
          </w:sdtContent>
        </w:sdt>
      </w:tr>
      <w:tr w:rsidR="0011169A" w14:paraId="54A3FD33" w14:textId="77777777" w:rsidTr="007F6D39">
        <w:tc>
          <w:tcPr>
            <w:tcW w:w="1668" w:type="dxa"/>
          </w:tcPr>
          <w:p w14:paraId="45E9548D" w14:textId="77777777" w:rsidR="0011169A" w:rsidRDefault="0011169A" w:rsidP="007F6D39">
            <w:r>
              <w:t>Unsure</w:t>
            </w:r>
          </w:p>
        </w:tc>
        <w:sdt>
          <w:sdtPr>
            <w:id w:val="1756939401"/>
            <w14:checkbox>
              <w14:checked w14:val="0"/>
              <w14:checkedState w14:val="2612" w14:font="MS Gothic"/>
              <w14:uncheckedState w14:val="2610" w14:font="MS Gothic"/>
            </w14:checkbox>
          </w:sdtPr>
          <w:sdtContent>
            <w:tc>
              <w:tcPr>
                <w:tcW w:w="7908" w:type="dxa"/>
              </w:tcPr>
              <w:p w14:paraId="235D7D7E" w14:textId="77777777" w:rsidR="0011169A" w:rsidRDefault="0011169A" w:rsidP="007F6D39">
                <w:r>
                  <w:rPr>
                    <w:rFonts w:ascii="MS Gothic" w:eastAsia="MS Gothic" w:hAnsi="MS Gothic" w:hint="eastAsia"/>
                  </w:rPr>
                  <w:t>☐</w:t>
                </w:r>
              </w:p>
            </w:tc>
          </w:sdtContent>
        </w:sdt>
      </w:tr>
    </w:tbl>
    <w:p w14:paraId="04EA0495" w14:textId="77777777" w:rsidR="0011169A" w:rsidRDefault="0011169A" w:rsidP="00B153B1">
      <w:pPr>
        <w:spacing w:after="0"/>
        <w:rPr>
          <w:b/>
          <w:bCs/>
        </w:rPr>
      </w:pPr>
    </w:p>
    <w:p w14:paraId="1768939F" w14:textId="1183B601" w:rsidR="008A6120" w:rsidRPr="00316BFE" w:rsidRDefault="00E9485B" w:rsidP="00B153B1">
      <w:pPr>
        <w:spacing w:after="0"/>
        <w:rPr>
          <w:b/>
          <w:bCs/>
        </w:rPr>
      </w:pPr>
      <w:r w:rsidRPr="00316BFE">
        <w:rPr>
          <w:b/>
          <w:bCs/>
        </w:rPr>
        <w:t>Please provide your feedback on the objective below:</w:t>
      </w:r>
    </w:p>
    <w:tbl>
      <w:tblPr>
        <w:tblStyle w:val="TableGrid"/>
        <w:tblW w:w="0" w:type="auto"/>
        <w:tblLook w:val="04A0" w:firstRow="1" w:lastRow="0" w:firstColumn="1" w:lastColumn="0" w:noHBand="0" w:noVBand="1"/>
      </w:tblPr>
      <w:tblGrid>
        <w:gridCol w:w="9576"/>
      </w:tblGrid>
      <w:tr w:rsidR="008A6120" w14:paraId="2D3ED1C5" w14:textId="77777777" w:rsidTr="0011169A">
        <w:trPr>
          <w:trHeight w:val="2117"/>
        </w:trPr>
        <w:tc>
          <w:tcPr>
            <w:tcW w:w="9576" w:type="dxa"/>
          </w:tcPr>
          <w:p w14:paraId="21F401F2" w14:textId="77777777" w:rsidR="008A6120" w:rsidRDefault="008A6120" w:rsidP="00564AD2">
            <w:pPr>
              <w:pStyle w:val="Heading3"/>
            </w:pPr>
          </w:p>
          <w:p w14:paraId="26B226DB" w14:textId="77777777" w:rsidR="001348E4" w:rsidRDefault="001348E4" w:rsidP="00564AD2"/>
          <w:p w14:paraId="024E2363" w14:textId="77777777" w:rsidR="001348E4" w:rsidRDefault="001348E4" w:rsidP="00564AD2"/>
          <w:p w14:paraId="571C259E" w14:textId="77777777" w:rsidR="008A6120" w:rsidRDefault="008A6120" w:rsidP="00564AD2"/>
          <w:p w14:paraId="7E236C1D" w14:textId="77777777" w:rsidR="001348E4" w:rsidRDefault="001348E4" w:rsidP="00564AD2"/>
          <w:p w14:paraId="6DDC087F" w14:textId="77777777" w:rsidR="008A6120" w:rsidRPr="008A6120" w:rsidRDefault="008A6120" w:rsidP="00564AD2"/>
        </w:tc>
      </w:tr>
    </w:tbl>
    <w:p w14:paraId="1670EA42" w14:textId="77777777" w:rsidR="008A6120" w:rsidRDefault="008A6120">
      <w:pPr>
        <w:pStyle w:val="Heading3"/>
      </w:pPr>
    </w:p>
    <w:p w14:paraId="5D7770B3" w14:textId="77777777" w:rsidR="008A6120" w:rsidRDefault="008A6120">
      <w:pPr>
        <w:rPr>
          <w:rFonts w:asciiTheme="majorHAnsi" w:eastAsiaTheme="majorEastAsia" w:hAnsiTheme="majorHAnsi" w:cstheme="majorBidi"/>
          <w:b/>
          <w:bCs/>
          <w:color w:val="4F81BD" w:themeColor="accent1"/>
        </w:rPr>
      </w:pPr>
      <w:r>
        <w:br w:type="page"/>
      </w:r>
    </w:p>
    <w:p w14:paraId="318B14A6" w14:textId="6F8A58AF" w:rsidR="006059E6" w:rsidRDefault="00C03F55">
      <w:pPr>
        <w:pStyle w:val="Heading3"/>
      </w:pPr>
      <w:r w:rsidRPr="00C03F55">
        <w:lastRenderedPageBreak/>
        <w:t xml:space="preserve">Strategic </w:t>
      </w:r>
      <w:r w:rsidR="00E9485B">
        <w:t>Objective 2: Healthy and Caring Communities</w:t>
      </w:r>
    </w:p>
    <w:p w14:paraId="00E5AE07" w14:textId="0DB9A204" w:rsidR="00C03F55" w:rsidRPr="00C03F55" w:rsidRDefault="00C03F55" w:rsidP="00C03F55">
      <w:pPr>
        <w:shd w:val="clear" w:color="auto" w:fill="FFFFFF"/>
        <w:spacing w:after="150" w:line="240" w:lineRule="auto"/>
        <w:rPr>
          <w:rFonts w:eastAsia="Times New Roman" w:cs="Arial"/>
          <w:color w:val="000000"/>
          <w:lang w:val="en-AU" w:eastAsia="en-AU"/>
        </w:rPr>
      </w:pPr>
      <w:r w:rsidRPr="00C03F55">
        <w:rPr>
          <w:rFonts w:eastAsia="Times New Roman" w:cs="Arial"/>
          <w:b/>
          <w:bCs/>
          <w:i/>
          <w:iCs/>
          <w:color w:val="000000"/>
          <w:lang w:val="en-AU" w:eastAsia="en-AU"/>
        </w:rPr>
        <w:t>Strategic Objective 2</w:t>
      </w:r>
    </w:p>
    <w:p w14:paraId="0651E29E" w14:textId="77777777" w:rsidR="00C03F55" w:rsidRPr="00C03F55" w:rsidRDefault="00C03F55" w:rsidP="00C03F55">
      <w:pPr>
        <w:shd w:val="clear" w:color="auto" w:fill="FFFFFF"/>
        <w:spacing w:after="150" w:line="240" w:lineRule="auto"/>
        <w:rPr>
          <w:rFonts w:eastAsia="Times New Roman" w:cs="Arial"/>
          <w:color w:val="000000"/>
          <w:lang w:val="en-AU" w:eastAsia="en-AU"/>
        </w:rPr>
      </w:pPr>
      <w:r w:rsidRPr="00C03F55">
        <w:rPr>
          <w:rFonts w:eastAsia="Times New Roman" w:cs="Arial"/>
          <w:i/>
          <w:iCs/>
          <w:color w:val="000000"/>
          <w:lang w:val="en-AU" w:eastAsia="en-AU"/>
        </w:rPr>
        <w:t>Identify, promote, advocate for, and deliver equitable health and wellbeing outcomes for our diverse communities</w:t>
      </w:r>
    </w:p>
    <w:p w14:paraId="4F6F2E71" w14:textId="77777777" w:rsidR="00B153B1" w:rsidRDefault="00C03F55" w:rsidP="00B153B1">
      <w:pPr>
        <w:shd w:val="clear" w:color="auto" w:fill="FFFFFF"/>
        <w:spacing w:after="0" w:line="240" w:lineRule="auto"/>
        <w:rPr>
          <w:rFonts w:eastAsia="Times New Roman" w:cs="Arial"/>
          <w:b/>
          <w:bCs/>
          <w:i/>
          <w:iCs/>
          <w:color w:val="000000"/>
          <w:lang w:val="en-AU" w:eastAsia="en-AU"/>
        </w:rPr>
      </w:pPr>
      <w:r w:rsidRPr="00C03F55">
        <w:rPr>
          <w:rFonts w:eastAsia="Times New Roman" w:cs="Arial"/>
          <w:b/>
          <w:bCs/>
          <w:i/>
          <w:iCs/>
          <w:color w:val="000000"/>
          <w:lang w:val="en-AU" w:eastAsia="en-AU"/>
        </w:rPr>
        <w:t>Outcomes</w:t>
      </w:r>
    </w:p>
    <w:p w14:paraId="5698A2C8" w14:textId="77777777" w:rsidR="00B153B1" w:rsidRDefault="00C03F55" w:rsidP="00B153B1">
      <w:pPr>
        <w:pStyle w:val="ListParagraph"/>
        <w:numPr>
          <w:ilvl w:val="0"/>
          <w:numId w:val="20"/>
        </w:numPr>
        <w:shd w:val="clear" w:color="auto" w:fill="FFFFFF"/>
        <w:spacing w:after="0" w:line="240" w:lineRule="auto"/>
        <w:rPr>
          <w:rFonts w:eastAsia="Times New Roman" w:cs="Arial"/>
          <w:color w:val="000000"/>
          <w:lang w:val="en-AU" w:eastAsia="en-AU"/>
        </w:rPr>
      </w:pPr>
      <w:r w:rsidRPr="00B153B1">
        <w:rPr>
          <w:rFonts w:eastAsia="Times New Roman" w:cs="Arial"/>
          <w:color w:val="000000"/>
          <w:lang w:val="en-AU" w:eastAsia="en-AU"/>
        </w:rPr>
        <w:t>A community that is fair, compassionate and inclusive.</w:t>
      </w:r>
    </w:p>
    <w:p w14:paraId="01C34AD7" w14:textId="77777777" w:rsidR="00B153B1" w:rsidRDefault="00C03F55" w:rsidP="00B153B1">
      <w:pPr>
        <w:pStyle w:val="ListParagraph"/>
        <w:numPr>
          <w:ilvl w:val="0"/>
          <w:numId w:val="20"/>
        </w:numPr>
        <w:shd w:val="clear" w:color="auto" w:fill="FFFFFF"/>
        <w:spacing w:after="0" w:line="240" w:lineRule="auto"/>
        <w:rPr>
          <w:rFonts w:eastAsia="Times New Roman" w:cs="Arial"/>
          <w:color w:val="000000"/>
          <w:lang w:val="en-AU" w:eastAsia="en-AU"/>
        </w:rPr>
      </w:pPr>
      <w:r w:rsidRPr="00B153B1">
        <w:rPr>
          <w:rFonts w:eastAsia="Times New Roman" w:cs="Arial"/>
          <w:color w:val="000000"/>
          <w:lang w:val="en-AU" w:eastAsia="en-AU"/>
        </w:rPr>
        <w:t>A community with the resources and capacity to control their health and wellbeing.</w:t>
      </w:r>
    </w:p>
    <w:p w14:paraId="2052DF9C" w14:textId="1533DD73" w:rsidR="0011169A" w:rsidRPr="00B153B1" w:rsidRDefault="00C03F55" w:rsidP="00B153B1">
      <w:pPr>
        <w:pStyle w:val="ListParagraph"/>
        <w:numPr>
          <w:ilvl w:val="0"/>
          <w:numId w:val="20"/>
        </w:numPr>
        <w:shd w:val="clear" w:color="auto" w:fill="FFFFFF"/>
        <w:spacing w:after="0" w:line="240" w:lineRule="auto"/>
        <w:rPr>
          <w:rFonts w:eastAsia="Times New Roman" w:cs="Arial"/>
          <w:color w:val="000000"/>
          <w:lang w:val="en-AU" w:eastAsia="en-AU"/>
        </w:rPr>
      </w:pPr>
      <w:r w:rsidRPr="00B153B1">
        <w:rPr>
          <w:rFonts w:eastAsia="Times New Roman" w:cs="Arial"/>
          <w:color w:val="000000"/>
          <w:lang w:val="en-AU" w:eastAsia="en-AU"/>
        </w:rPr>
        <w:t>Services and facilities that enhance health and wellbeing are accessible to all.</w:t>
      </w:r>
    </w:p>
    <w:p w14:paraId="4AE63A25" w14:textId="5648550D" w:rsidR="0011169A" w:rsidRPr="0011169A" w:rsidRDefault="0011169A" w:rsidP="00B153B1">
      <w:pPr>
        <w:shd w:val="clear" w:color="auto" w:fill="FFFFFF"/>
        <w:spacing w:before="100" w:beforeAutospacing="1" w:after="0" w:line="240" w:lineRule="auto"/>
        <w:rPr>
          <w:rFonts w:eastAsia="Times New Roman" w:cs="Arial"/>
          <w:color w:val="000000"/>
          <w:lang w:val="en-AU" w:eastAsia="en-AU"/>
        </w:rPr>
      </w:pPr>
      <w:r w:rsidRPr="0011169A">
        <w:rPr>
          <w:b/>
          <w:bCs/>
        </w:rPr>
        <w:t xml:space="preserve">Do you support the Strategic Objective </w:t>
      </w:r>
      <w:r>
        <w:rPr>
          <w:b/>
          <w:bCs/>
        </w:rPr>
        <w:t>2</w:t>
      </w:r>
      <w:r w:rsidRPr="0011169A">
        <w:rPr>
          <w:b/>
          <w:bCs/>
        </w:rPr>
        <w:t>?</w:t>
      </w:r>
    </w:p>
    <w:tbl>
      <w:tblPr>
        <w:tblStyle w:val="TableGrid"/>
        <w:tblW w:w="0" w:type="auto"/>
        <w:tblLook w:val="04A0" w:firstRow="1" w:lastRow="0" w:firstColumn="1" w:lastColumn="0" w:noHBand="0" w:noVBand="1"/>
      </w:tblPr>
      <w:tblGrid>
        <w:gridCol w:w="1668"/>
        <w:gridCol w:w="7908"/>
      </w:tblGrid>
      <w:tr w:rsidR="0011169A" w14:paraId="1F90A26D" w14:textId="77777777" w:rsidTr="007F6D39">
        <w:tc>
          <w:tcPr>
            <w:tcW w:w="1668" w:type="dxa"/>
          </w:tcPr>
          <w:p w14:paraId="7D51684B" w14:textId="77777777" w:rsidR="0011169A" w:rsidRDefault="0011169A" w:rsidP="007F6D39">
            <w:r>
              <w:t>Yes</w:t>
            </w:r>
          </w:p>
        </w:tc>
        <w:sdt>
          <w:sdtPr>
            <w:id w:val="1578164121"/>
            <w14:checkbox>
              <w14:checked w14:val="0"/>
              <w14:checkedState w14:val="2612" w14:font="MS Gothic"/>
              <w14:uncheckedState w14:val="2610" w14:font="MS Gothic"/>
            </w14:checkbox>
          </w:sdtPr>
          <w:sdtContent>
            <w:tc>
              <w:tcPr>
                <w:tcW w:w="7908" w:type="dxa"/>
              </w:tcPr>
              <w:p w14:paraId="371AF0B2" w14:textId="77777777" w:rsidR="0011169A" w:rsidRDefault="0011169A" w:rsidP="007F6D39">
                <w:r>
                  <w:rPr>
                    <w:rFonts w:ascii="MS Gothic" w:eastAsia="MS Gothic" w:hAnsi="MS Gothic" w:hint="eastAsia"/>
                  </w:rPr>
                  <w:t>☐</w:t>
                </w:r>
              </w:p>
            </w:tc>
          </w:sdtContent>
        </w:sdt>
      </w:tr>
      <w:tr w:rsidR="0011169A" w14:paraId="07049DC8" w14:textId="77777777" w:rsidTr="007F6D39">
        <w:tc>
          <w:tcPr>
            <w:tcW w:w="1668" w:type="dxa"/>
          </w:tcPr>
          <w:p w14:paraId="0AB3E733" w14:textId="77777777" w:rsidR="0011169A" w:rsidRDefault="0011169A" w:rsidP="007F6D39">
            <w:r>
              <w:t>No</w:t>
            </w:r>
          </w:p>
        </w:tc>
        <w:sdt>
          <w:sdtPr>
            <w:id w:val="1417056846"/>
            <w14:checkbox>
              <w14:checked w14:val="0"/>
              <w14:checkedState w14:val="2612" w14:font="MS Gothic"/>
              <w14:uncheckedState w14:val="2610" w14:font="MS Gothic"/>
            </w14:checkbox>
          </w:sdtPr>
          <w:sdtContent>
            <w:tc>
              <w:tcPr>
                <w:tcW w:w="7908" w:type="dxa"/>
              </w:tcPr>
              <w:p w14:paraId="32B93A76" w14:textId="77777777" w:rsidR="0011169A" w:rsidRDefault="0011169A" w:rsidP="007F6D39">
                <w:r>
                  <w:rPr>
                    <w:rFonts w:ascii="MS Gothic" w:eastAsia="MS Gothic" w:hAnsi="MS Gothic" w:hint="eastAsia"/>
                  </w:rPr>
                  <w:t>☐</w:t>
                </w:r>
              </w:p>
            </w:tc>
          </w:sdtContent>
        </w:sdt>
      </w:tr>
      <w:tr w:rsidR="0011169A" w14:paraId="18898174" w14:textId="77777777" w:rsidTr="007F6D39">
        <w:tc>
          <w:tcPr>
            <w:tcW w:w="1668" w:type="dxa"/>
          </w:tcPr>
          <w:p w14:paraId="5725BE1F" w14:textId="77777777" w:rsidR="0011169A" w:rsidRDefault="0011169A" w:rsidP="007F6D39">
            <w:r>
              <w:t>Unsure</w:t>
            </w:r>
          </w:p>
        </w:tc>
        <w:sdt>
          <w:sdtPr>
            <w:id w:val="657572770"/>
            <w14:checkbox>
              <w14:checked w14:val="0"/>
              <w14:checkedState w14:val="2612" w14:font="MS Gothic"/>
              <w14:uncheckedState w14:val="2610" w14:font="MS Gothic"/>
            </w14:checkbox>
          </w:sdtPr>
          <w:sdtContent>
            <w:tc>
              <w:tcPr>
                <w:tcW w:w="7908" w:type="dxa"/>
              </w:tcPr>
              <w:p w14:paraId="5DFB9B81" w14:textId="77777777" w:rsidR="0011169A" w:rsidRDefault="0011169A" w:rsidP="007F6D39">
                <w:r>
                  <w:rPr>
                    <w:rFonts w:ascii="MS Gothic" w:eastAsia="MS Gothic" w:hAnsi="MS Gothic" w:hint="eastAsia"/>
                  </w:rPr>
                  <w:t>☐</w:t>
                </w:r>
              </w:p>
            </w:tc>
          </w:sdtContent>
        </w:sdt>
      </w:tr>
    </w:tbl>
    <w:p w14:paraId="34BE9861" w14:textId="77777777" w:rsidR="008A6120" w:rsidRPr="00316BFE" w:rsidRDefault="00E9485B" w:rsidP="00B153B1">
      <w:pPr>
        <w:spacing w:before="240" w:after="0"/>
        <w:rPr>
          <w:b/>
          <w:bCs/>
        </w:rPr>
      </w:pPr>
      <w:r w:rsidRPr="00316BFE">
        <w:rPr>
          <w:b/>
          <w:bCs/>
        </w:rPr>
        <w:t>Please provide your feedback on the objective below:</w:t>
      </w:r>
    </w:p>
    <w:tbl>
      <w:tblPr>
        <w:tblStyle w:val="TableGrid"/>
        <w:tblW w:w="0" w:type="auto"/>
        <w:tblLook w:val="04A0" w:firstRow="1" w:lastRow="0" w:firstColumn="1" w:lastColumn="0" w:noHBand="0" w:noVBand="1"/>
      </w:tblPr>
      <w:tblGrid>
        <w:gridCol w:w="9576"/>
      </w:tblGrid>
      <w:tr w:rsidR="008A6120" w14:paraId="1D74080C" w14:textId="77777777" w:rsidTr="00564AD2">
        <w:tc>
          <w:tcPr>
            <w:tcW w:w="9576" w:type="dxa"/>
          </w:tcPr>
          <w:p w14:paraId="0BA9C28D" w14:textId="07658044" w:rsidR="008A6120" w:rsidRDefault="00E9485B" w:rsidP="00564AD2">
            <w:pPr>
              <w:pStyle w:val="Heading3"/>
            </w:pPr>
            <w:r>
              <w:t xml:space="preserve"> </w:t>
            </w:r>
          </w:p>
          <w:p w14:paraId="61B5420B" w14:textId="77777777" w:rsidR="008A6120" w:rsidRDefault="008A6120" w:rsidP="00564AD2"/>
          <w:p w14:paraId="2C016AE4" w14:textId="77777777" w:rsidR="00B153B1" w:rsidRDefault="00B153B1" w:rsidP="00564AD2"/>
          <w:p w14:paraId="179A81D8" w14:textId="77777777" w:rsidR="00B153B1" w:rsidRPr="008A6120" w:rsidRDefault="00B153B1" w:rsidP="00564AD2"/>
        </w:tc>
      </w:tr>
    </w:tbl>
    <w:p w14:paraId="7BD2DD4B" w14:textId="4766A1B1" w:rsidR="006059E6" w:rsidRDefault="00EB08A1">
      <w:pPr>
        <w:pStyle w:val="Heading3"/>
      </w:pPr>
      <w:r w:rsidRPr="00EB08A1">
        <w:t xml:space="preserve">Strategic </w:t>
      </w:r>
      <w:r w:rsidR="00E9485B">
        <w:t xml:space="preserve">Objective 3: </w:t>
      </w:r>
      <w:r w:rsidRPr="00EB08A1">
        <w:t>Economic Development</w:t>
      </w:r>
    </w:p>
    <w:p w14:paraId="29ABAFF0" w14:textId="77777777" w:rsidR="00EB08A1" w:rsidRPr="00EB08A1" w:rsidRDefault="00EB08A1" w:rsidP="00EB08A1">
      <w:pPr>
        <w:shd w:val="clear" w:color="auto" w:fill="FFFFFF"/>
        <w:spacing w:after="150" w:line="240" w:lineRule="auto"/>
        <w:rPr>
          <w:rFonts w:eastAsia="Times New Roman" w:cs="Arial"/>
          <w:color w:val="000000"/>
          <w:lang w:val="en-AU" w:eastAsia="en-AU"/>
        </w:rPr>
      </w:pPr>
      <w:r w:rsidRPr="00EB08A1">
        <w:rPr>
          <w:rFonts w:eastAsia="Times New Roman" w:cs="Arial"/>
          <w:b/>
          <w:bCs/>
          <w:i/>
          <w:iCs/>
          <w:color w:val="000000"/>
          <w:lang w:val="en-AU" w:eastAsia="en-AU"/>
        </w:rPr>
        <w:t>Strategic Objective 3</w:t>
      </w:r>
    </w:p>
    <w:p w14:paraId="3A894442" w14:textId="77777777" w:rsidR="00EB08A1" w:rsidRPr="00EB08A1" w:rsidRDefault="00EB08A1" w:rsidP="00EB08A1">
      <w:pPr>
        <w:shd w:val="clear" w:color="auto" w:fill="FFFFFF"/>
        <w:spacing w:after="150" w:line="240" w:lineRule="auto"/>
        <w:rPr>
          <w:rFonts w:eastAsia="Times New Roman" w:cs="Arial"/>
          <w:color w:val="000000"/>
          <w:lang w:val="en-AU" w:eastAsia="en-AU"/>
        </w:rPr>
      </w:pPr>
      <w:r w:rsidRPr="00EB08A1">
        <w:rPr>
          <w:rFonts w:eastAsia="Times New Roman" w:cs="Arial"/>
          <w:i/>
          <w:iCs/>
          <w:color w:val="000000"/>
          <w:lang w:val="en-AU" w:eastAsia="en-AU"/>
        </w:rPr>
        <w:t>Lead efforts to strengthen our diverse economic precincts and workforce to enhance prosperity across our community</w:t>
      </w:r>
    </w:p>
    <w:p w14:paraId="3164E504" w14:textId="77777777" w:rsidR="00B153B1" w:rsidRDefault="00EB08A1" w:rsidP="00B153B1">
      <w:pPr>
        <w:shd w:val="clear" w:color="auto" w:fill="FFFFFF"/>
        <w:spacing w:after="0" w:line="240" w:lineRule="auto"/>
        <w:rPr>
          <w:rFonts w:eastAsia="Times New Roman" w:cs="Arial"/>
          <w:b/>
          <w:bCs/>
          <w:i/>
          <w:iCs/>
          <w:color w:val="000000"/>
          <w:lang w:val="en-AU" w:eastAsia="en-AU"/>
        </w:rPr>
      </w:pPr>
      <w:r w:rsidRPr="00EB08A1">
        <w:rPr>
          <w:rFonts w:eastAsia="Times New Roman" w:cs="Arial"/>
          <w:b/>
          <w:bCs/>
          <w:i/>
          <w:iCs/>
          <w:color w:val="000000"/>
          <w:lang w:val="en-AU" w:eastAsia="en-AU"/>
        </w:rPr>
        <w:t>Outcomes</w:t>
      </w:r>
    </w:p>
    <w:p w14:paraId="3BA69CDD" w14:textId="77777777" w:rsidR="00B153B1" w:rsidRDefault="00EB08A1" w:rsidP="00B153B1">
      <w:pPr>
        <w:pStyle w:val="ListParagraph"/>
        <w:numPr>
          <w:ilvl w:val="0"/>
          <w:numId w:val="19"/>
        </w:numPr>
        <w:shd w:val="clear" w:color="auto" w:fill="FFFFFF"/>
        <w:spacing w:after="0" w:line="240" w:lineRule="auto"/>
        <w:rPr>
          <w:rFonts w:eastAsia="Times New Roman" w:cs="Arial"/>
          <w:color w:val="000000"/>
          <w:lang w:val="en-AU" w:eastAsia="en-AU"/>
        </w:rPr>
      </w:pPr>
      <w:r w:rsidRPr="00B153B1">
        <w:rPr>
          <w:rFonts w:eastAsia="Times New Roman" w:cs="Arial"/>
          <w:color w:val="000000"/>
          <w:lang w:val="en-AU" w:eastAsia="en-AU"/>
        </w:rPr>
        <w:t>New businesses, events and investment are attracted to the region.</w:t>
      </w:r>
    </w:p>
    <w:p w14:paraId="6473C1F8" w14:textId="77777777" w:rsidR="00B153B1" w:rsidRDefault="00EB08A1" w:rsidP="00B153B1">
      <w:pPr>
        <w:pStyle w:val="ListParagraph"/>
        <w:numPr>
          <w:ilvl w:val="0"/>
          <w:numId w:val="19"/>
        </w:numPr>
        <w:shd w:val="clear" w:color="auto" w:fill="FFFFFF"/>
        <w:spacing w:after="0" w:line="240" w:lineRule="auto"/>
        <w:rPr>
          <w:rFonts w:eastAsia="Times New Roman" w:cs="Arial"/>
          <w:color w:val="000000"/>
          <w:lang w:val="en-AU" w:eastAsia="en-AU"/>
        </w:rPr>
      </w:pPr>
      <w:r w:rsidRPr="00B153B1">
        <w:rPr>
          <w:rFonts w:eastAsia="Times New Roman" w:cs="Arial"/>
          <w:color w:val="000000"/>
          <w:lang w:val="en-AU" w:eastAsia="en-AU"/>
        </w:rPr>
        <w:t>Local businesses, industry clusters and precincts are supported to thrive.</w:t>
      </w:r>
    </w:p>
    <w:p w14:paraId="76517FB4" w14:textId="77777777" w:rsidR="00B153B1" w:rsidRDefault="00EB08A1" w:rsidP="00B153B1">
      <w:pPr>
        <w:pStyle w:val="ListParagraph"/>
        <w:numPr>
          <w:ilvl w:val="0"/>
          <w:numId w:val="19"/>
        </w:numPr>
        <w:shd w:val="clear" w:color="auto" w:fill="FFFFFF"/>
        <w:spacing w:after="0" w:line="240" w:lineRule="auto"/>
        <w:rPr>
          <w:rFonts w:eastAsia="Times New Roman" w:cs="Arial"/>
          <w:color w:val="000000"/>
          <w:lang w:val="en-AU" w:eastAsia="en-AU"/>
        </w:rPr>
      </w:pPr>
      <w:r w:rsidRPr="00B153B1">
        <w:rPr>
          <w:rFonts w:eastAsia="Times New Roman" w:cs="Arial"/>
          <w:color w:val="000000"/>
          <w:lang w:val="en-AU" w:eastAsia="en-AU"/>
        </w:rPr>
        <w:t>Greater Geelong attracts, retains and develops workforce capacity and capability.</w:t>
      </w:r>
    </w:p>
    <w:p w14:paraId="4E65E327" w14:textId="653D28C2" w:rsidR="00EB08A1" w:rsidRPr="00B153B1" w:rsidRDefault="00EB08A1" w:rsidP="00B153B1">
      <w:pPr>
        <w:pStyle w:val="ListParagraph"/>
        <w:numPr>
          <w:ilvl w:val="0"/>
          <w:numId w:val="19"/>
        </w:numPr>
        <w:shd w:val="clear" w:color="auto" w:fill="FFFFFF"/>
        <w:spacing w:line="240" w:lineRule="auto"/>
        <w:rPr>
          <w:rFonts w:eastAsia="Times New Roman" w:cs="Arial"/>
          <w:color w:val="000000"/>
          <w:lang w:val="en-AU" w:eastAsia="en-AU"/>
        </w:rPr>
      </w:pPr>
      <w:r w:rsidRPr="00B153B1">
        <w:rPr>
          <w:rFonts w:eastAsia="Times New Roman" w:cs="Arial"/>
          <w:color w:val="000000"/>
          <w:lang w:val="en-AU" w:eastAsia="en-AU"/>
        </w:rPr>
        <w:t>Sufficient land supply to enable sustainable growth, business expansion and attraction.</w:t>
      </w:r>
    </w:p>
    <w:p w14:paraId="24FCE112" w14:textId="11F455AA" w:rsidR="0011169A" w:rsidRPr="0011169A" w:rsidRDefault="0011169A" w:rsidP="00B153B1">
      <w:pPr>
        <w:spacing w:after="0"/>
        <w:rPr>
          <w:b/>
          <w:bCs/>
        </w:rPr>
      </w:pPr>
      <w:r w:rsidRPr="0011169A">
        <w:rPr>
          <w:b/>
          <w:bCs/>
        </w:rPr>
        <w:t xml:space="preserve">Do you support the Strategic Objective </w:t>
      </w:r>
      <w:r>
        <w:rPr>
          <w:b/>
          <w:bCs/>
        </w:rPr>
        <w:t>3</w:t>
      </w:r>
      <w:r w:rsidRPr="0011169A">
        <w:rPr>
          <w:b/>
          <w:bCs/>
        </w:rPr>
        <w:t>?</w:t>
      </w:r>
    </w:p>
    <w:tbl>
      <w:tblPr>
        <w:tblStyle w:val="TableGrid"/>
        <w:tblW w:w="0" w:type="auto"/>
        <w:tblLook w:val="04A0" w:firstRow="1" w:lastRow="0" w:firstColumn="1" w:lastColumn="0" w:noHBand="0" w:noVBand="1"/>
      </w:tblPr>
      <w:tblGrid>
        <w:gridCol w:w="1668"/>
        <w:gridCol w:w="7908"/>
      </w:tblGrid>
      <w:tr w:rsidR="0011169A" w14:paraId="4DDA1195" w14:textId="77777777" w:rsidTr="007F6D39">
        <w:tc>
          <w:tcPr>
            <w:tcW w:w="1668" w:type="dxa"/>
          </w:tcPr>
          <w:p w14:paraId="145331B4" w14:textId="77777777" w:rsidR="0011169A" w:rsidRDefault="0011169A" w:rsidP="007F6D39">
            <w:r>
              <w:t>Yes</w:t>
            </w:r>
          </w:p>
        </w:tc>
        <w:sdt>
          <w:sdtPr>
            <w:id w:val="2111312238"/>
            <w14:checkbox>
              <w14:checked w14:val="0"/>
              <w14:checkedState w14:val="2612" w14:font="MS Gothic"/>
              <w14:uncheckedState w14:val="2610" w14:font="MS Gothic"/>
            </w14:checkbox>
          </w:sdtPr>
          <w:sdtContent>
            <w:tc>
              <w:tcPr>
                <w:tcW w:w="7908" w:type="dxa"/>
              </w:tcPr>
              <w:p w14:paraId="56A688C7" w14:textId="77777777" w:rsidR="0011169A" w:rsidRDefault="0011169A" w:rsidP="007F6D39">
                <w:r>
                  <w:rPr>
                    <w:rFonts w:ascii="MS Gothic" w:eastAsia="MS Gothic" w:hAnsi="MS Gothic" w:hint="eastAsia"/>
                  </w:rPr>
                  <w:t>☐</w:t>
                </w:r>
              </w:p>
            </w:tc>
          </w:sdtContent>
        </w:sdt>
      </w:tr>
      <w:tr w:rsidR="0011169A" w14:paraId="7B0D895E" w14:textId="77777777" w:rsidTr="007F6D39">
        <w:tc>
          <w:tcPr>
            <w:tcW w:w="1668" w:type="dxa"/>
          </w:tcPr>
          <w:p w14:paraId="41E1726C" w14:textId="77777777" w:rsidR="0011169A" w:rsidRDefault="0011169A" w:rsidP="007F6D39">
            <w:r>
              <w:t>No</w:t>
            </w:r>
          </w:p>
        </w:tc>
        <w:sdt>
          <w:sdtPr>
            <w:id w:val="9029587"/>
            <w14:checkbox>
              <w14:checked w14:val="0"/>
              <w14:checkedState w14:val="2612" w14:font="MS Gothic"/>
              <w14:uncheckedState w14:val="2610" w14:font="MS Gothic"/>
            </w14:checkbox>
          </w:sdtPr>
          <w:sdtContent>
            <w:tc>
              <w:tcPr>
                <w:tcW w:w="7908" w:type="dxa"/>
              </w:tcPr>
              <w:p w14:paraId="00EF654A" w14:textId="77777777" w:rsidR="0011169A" w:rsidRDefault="0011169A" w:rsidP="007F6D39">
                <w:r>
                  <w:rPr>
                    <w:rFonts w:ascii="MS Gothic" w:eastAsia="MS Gothic" w:hAnsi="MS Gothic" w:hint="eastAsia"/>
                  </w:rPr>
                  <w:t>☐</w:t>
                </w:r>
              </w:p>
            </w:tc>
          </w:sdtContent>
        </w:sdt>
      </w:tr>
      <w:tr w:rsidR="0011169A" w14:paraId="2D20A645" w14:textId="77777777" w:rsidTr="007F6D39">
        <w:tc>
          <w:tcPr>
            <w:tcW w:w="1668" w:type="dxa"/>
          </w:tcPr>
          <w:p w14:paraId="515BD1E9" w14:textId="77777777" w:rsidR="0011169A" w:rsidRDefault="0011169A" w:rsidP="007F6D39">
            <w:r>
              <w:t>Unsure</w:t>
            </w:r>
          </w:p>
        </w:tc>
        <w:sdt>
          <w:sdtPr>
            <w:id w:val="1481345995"/>
            <w14:checkbox>
              <w14:checked w14:val="0"/>
              <w14:checkedState w14:val="2612" w14:font="MS Gothic"/>
              <w14:uncheckedState w14:val="2610" w14:font="MS Gothic"/>
            </w14:checkbox>
          </w:sdtPr>
          <w:sdtContent>
            <w:tc>
              <w:tcPr>
                <w:tcW w:w="7908" w:type="dxa"/>
              </w:tcPr>
              <w:p w14:paraId="4A90B947" w14:textId="77777777" w:rsidR="0011169A" w:rsidRDefault="0011169A" w:rsidP="007F6D39">
                <w:r>
                  <w:rPr>
                    <w:rFonts w:ascii="MS Gothic" w:eastAsia="MS Gothic" w:hAnsi="MS Gothic" w:hint="eastAsia"/>
                  </w:rPr>
                  <w:t>☐</w:t>
                </w:r>
              </w:p>
            </w:tc>
          </w:sdtContent>
        </w:sdt>
      </w:tr>
    </w:tbl>
    <w:p w14:paraId="56760725" w14:textId="4A2B719F" w:rsidR="006059E6" w:rsidRPr="00EB08A1" w:rsidRDefault="00E9485B" w:rsidP="00B153B1">
      <w:pPr>
        <w:spacing w:before="240"/>
        <w:rPr>
          <w:b/>
          <w:bCs/>
        </w:rPr>
      </w:pPr>
      <w:r w:rsidRPr="00EB08A1">
        <w:rPr>
          <w:b/>
          <w:bCs/>
        </w:rPr>
        <w:t xml:space="preserve">Please provide your feedback on the objective below: </w:t>
      </w:r>
    </w:p>
    <w:tbl>
      <w:tblPr>
        <w:tblStyle w:val="TableGrid"/>
        <w:tblW w:w="0" w:type="auto"/>
        <w:tblLook w:val="04A0" w:firstRow="1" w:lastRow="0" w:firstColumn="1" w:lastColumn="0" w:noHBand="0" w:noVBand="1"/>
      </w:tblPr>
      <w:tblGrid>
        <w:gridCol w:w="9576"/>
      </w:tblGrid>
      <w:tr w:rsidR="008A6120" w14:paraId="712ED27E" w14:textId="77777777" w:rsidTr="00564AD2">
        <w:tc>
          <w:tcPr>
            <w:tcW w:w="9576" w:type="dxa"/>
          </w:tcPr>
          <w:p w14:paraId="04CF4906" w14:textId="77777777" w:rsidR="008A6120" w:rsidRDefault="008A6120" w:rsidP="00564AD2"/>
          <w:p w14:paraId="3AFBDE7F" w14:textId="77777777" w:rsidR="00B153B1" w:rsidRDefault="00B153B1" w:rsidP="00564AD2"/>
          <w:p w14:paraId="6A5949CB" w14:textId="77777777" w:rsidR="00B153B1" w:rsidRDefault="00B153B1" w:rsidP="00564AD2"/>
          <w:p w14:paraId="4C3A7E92" w14:textId="77777777" w:rsidR="00B153B1" w:rsidRDefault="00B153B1" w:rsidP="00564AD2"/>
          <w:p w14:paraId="14DD1E9E" w14:textId="77777777" w:rsidR="00B153B1" w:rsidRDefault="00B153B1" w:rsidP="00564AD2"/>
          <w:p w14:paraId="3DB20321" w14:textId="77777777" w:rsidR="00B153B1" w:rsidRPr="008A6120" w:rsidRDefault="00B153B1" w:rsidP="00564AD2"/>
        </w:tc>
      </w:tr>
    </w:tbl>
    <w:p w14:paraId="24EFBEEB" w14:textId="77777777" w:rsidR="008A6120" w:rsidRDefault="008A6120">
      <w:pPr>
        <w:pStyle w:val="Heading3"/>
      </w:pPr>
    </w:p>
    <w:p w14:paraId="5BCA8FDF" w14:textId="77777777" w:rsidR="008A6120" w:rsidRDefault="008A6120">
      <w:pPr>
        <w:rPr>
          <w:rFonts w:asciiTheme="majorHAnsi" w:eastAsiaTheme="majorEastAsia" w:hAnsiTheme="majorHAnsi" w:cstheme="majorBidi"/>
          <w:b/>
          <w:bCs/>
          <w:color w:val="4F81BD" w:themeColor="accent1"/>
        </w:rPr>
      </w:pPr>
      <w:r>
        <w:br w:type="page"/>
      </w:r>
    </w:p>
    <w:p w14:paraId="236DAC38" w14:textId="77777777" w:rsidR="00802C9A" w:rsidRDefault="00802C9A">
      <w:pPr>
        <w:rPr>
          <w:rFonts w:asciiTheme="majorHAnsi" w:eastAsiaTheme="majorEastAsia" w:hAnsiTheme="majorHAnsi" w:cstheme="majorBidi"/>
          <w:b/>
          <w:bCs/>
          <w:color w:val="4F81BD" w:themeColor="accent1"/>
        </w:rPr>
      </w:pPr>
      <w:r w:rsidRPr="00802C9A">
        <w:rPr>
          <w:rFonts w:asciiTheme="majorHAnsi" w:eastAsiaTheme="majorEastAsia" w:hAnsiTheme="majorHAnsi" w:cstheme="majorBidi"/>
          <w:b/>
          <w:bCs/>
          <w:color w:val="4F81BD" w:themeColor="accent1"/>
        </w:rPr>
        <w:lastRenderedPageBreak/>
        <w:t>Strategic Objective 4: Heritage and Culture</w:t>
      </w:r>
    </w:p>
    <w:p w14:paraId="36223633" w14:textId="77777777" w:rsidR="00802C9A" w:rsidRPr="00802C9A" w:rsidRDefault="00802C9A" w:rsidP="00802C9A">
      <w:pPr>
        <w:shd w:val="clear" w:color="auto" w:fill="FFFFFF"/>
        <w:spacing w:after="150" w:line="240" w:lineRule="auto"/>
        <w:rPr>
          <w:rFonts w:eastAsia="Times New Roman" w:cs="Arial"/>
          <w:color w:val="000000"/>
          <w:lang w:val="en-AU" w:eastAsia="en-AU"/>
        </w:rPr>
      </w:pPr>
      <w:r w:rsidRPr="00802C9A">
        <w:rPr>
          <w:rFonts w:eastAsia="Times New Roman" w:cs="Arial"/>
          <w:b/>
          <w:bCs/>
          <w:i/>
          <w:iCs/>
          <w:color w:val="000000"/>
          <w:lang w:val="en-AU" w:eastAsia="en-AU"/>
        </w:rPr>
        <w:t>Strategic Objective 4</w:t>
      </w:r>
    </w:p>
    <w:p w14:paraId="5986073C" w14:textId="77777777" w:rsidR="00802C9A" w:rsidRPr="00802C9A" w:rsidRDefault="00802C9A" w:rsidP="00802C9A">
      <w:pPr>
        <w:shd w:val="clear" w:color="auto" w:fill="FFFFFF"/>
        <w:spacing w:after="150" w:line="240" w:lineRule="auto"/>
        <w:rPr>
          <w:rFonts w:eastAsia="Times New Roman" w:cs="Arial"/>
          <w:color w:val="000000"/>
          <w:lang w:val="en-AU" w:eastAsia="en-AU"/>
        </w:rPr>
      </w:pPr>
      <w:r w:rsidRPr="00802C9A">
        <w:rPr>
          <w:rFonts w:eastAsia="Times New Roman" w:cs="Arial"/>
          <w:i/>
          <w:iCs/>
          <w:color w:val="000000"/>
          <w:lang w:val="en-AU" w:eastAsia="en-AU"/>
        </w:rPr>
        <w:t>Champion our unique heritage and culture</w:t>
      </w:r>
    </w:p>
    <w:p w14:paraId="304694AB" w14:textId="77777777" w:rsidR="00B153B1" w:rsidRDefault="00802C9A" w:rsidP="00B153B1">
      <w:pPr>
        <w:shd w:val="clear" w:color="auto" w:fill="FFFFFF"/>
        <w:spacing w:after="150" w:line="240" w:lineRule="auto"/>
        <w:rPr>
          <w:rFonts w:eastAsia="Times New Roman" w:cs="Arial"/>
          <w:color w:val="000000"/>
          <w:lang w:val="en-AU" w:eastAsia="en-AU"/>
        </w:rPr>
      </w:pPr>
      <w:r w:rsidRPr="00802C9A">
        <w:rPr>
          <w:rFonts w:eastAsia="Times New Roman" w:cs="Arial"/>
          <w:b/>
          <w:bCs/>
          <w:i/>
          <w:iCs/>
          <w:color w:val="000000"/>
          <w:lang w:val="en-AU" w:eastAsia="en-AU"/>
        </w:rPr>
        <w:t>Outcomes</w:t>
      </w:r>
    </w:p>
    <w:p w14:paraId="46903602" w14:textId="77777777" w:rsidR="00B153B1" w:rsidRDefault="00802C9A" w:rsidP="00B153B1">
      <w:pPr>
        <w:pStyle w:val="ListParagraph"/>
        <w:numPr>
          <w:ilvl w:val="0"/>
          <w:numId w:val="21"/>
        </w:numPr>
        <w:shd w:val="clear" w:color="auto" w:fill="FFFFFF"/>
        <w:spacing w:after="150" w:line="240" w:lineRule="auto"/>
        <w:rPr>
          <w:rFonts w:eastAsia="Times New Roman" w:cs="Arial"/>
          <w:color w:val="000000"/>
          <w:lang w:val="en-AU" w:eastAsia="en-AU"/>
        </w:rPr>
      </w:pPr>
      <w:r w:rsidRPr="00B153B1">
        <w:rPr>
          <w:rFonts w:eastAsia="Times New Roman" w:cs="Arial"/>
          <w:color w:val="000000"/>
          <w:lang w:val="en-AU" w:eastAsia="en-AU"/>
        </w:rPr>
        <w:t>Increased engagement in arts, culture and heritage experiences across Greater Geelong.</w:t>
      </w:r>
    </w:p>
    <w:p w14:paraId="64AA78A0" w14:textId="77777777" w:rsidR="00B153B1" w:rsidRDefault="00802C9A" w:rsidP="00B153B1">
      <w:pPr>
        <w:pStyle w:val="ListParagraph"/>
        <w:numPr>
          <w:ilvl w:val="0"/>
          <w:numId w:val="21"/>
        </w:numPr>
        <w:shd w:val="clear" w:color="auto" w:fill="FFFFFF"/>
        <w:spacing w:after="150" w:line="240" w:lineRule="auto"/>
        <w:rPr>
          <w:rFonts w:eastAsia="Times New Roman" w:cs="Arial"/>
          <w:color w:val="000000"/>
          <w:lang w:val="en-AU" w:eastAsia="en-AU"/>
        </w:rPr>
      </w:pPr>
      <w:r w:rsidRPr="00B153B1">
        <w:rPr>
          <w:rFonts w:eastAsia="Times New Roman" w:cs="Arial"/>
          <w:color w:val="000000"/>
          <w:lang w:val="en-AU" w:eastAsia="en-AU"/>
        </w:rPr>
        <w:t>Greater Geelong’s diverse culture is shared and celebrated.</w:t>
      </w:r>
    </w:p>
    <w:p w14:paraId="69CE0B62" w14:textId="4E95D21D" w:rsidR="00802C9A" w:rsidRPr="00B153B1" w:rsidRDefault="00802C9A" w:rsidP="00B153B1">
      <w:pPr>
        <w:pStyle w:val="ListParagraph"/>
        <w:numPr>
          <w:ilvl w:val="0"/>
          <w:numId w:val="21"/>
        </w:numPr>
        <w:shd w:val="clear" w:color="auto" w:fill="FFFFFF"/>
        <w:spacing w:after="150" w:line="240" w:lineRule="auto"/>
        <w:rPr>
          <w:rFonts w:eastAsia="Times New Roman" w:cs="Arial"/>
          <w:color w:val="000000"/>
          <w:lang w:val="en-AU" w:eastAsia="en-AU"/>
        </w:rPr>
      </w:pPr>
      <w:r w:rsidRPr="00B153B1">
        <w:rPr>
          <w:rFonts w:eastAsia="Times New Roman" w:cs="Arial"/>
          <w:color w:val="000000"/>
          <w:lang w:val="en-AU" w:eastAsia="en-AU"/>
        </w:rPr>
        <w:t>Increased investment in our creative, cultural and sporting activity hubs.</w:t>
      </w:r>
    </w:p>
    <w:p w14:paraId="5A1B4C1D" w14:textId="7CBF7F55" w:rsidR="0011169A" w:rsidRPr="0011169A" w:rsidRDefault="0011169A" w:rsidP="00B153B1">
      <w:pPr>
        <w:spacing w:after="0"/>
        <w:rPr>
          <w:b/>
          <w:bCs/>
        </w:rPr>
      </w:pPr>
      <w:r w:rsidRPr="0011169A">
        <w:rPr>
          <w:b/>
          <w:bCs/>
        </w:rPr>
        <w:t xml:space="preserve">Do you support the Strategic Objective </w:t>
      </w:r>
      <w:r>
        <w:rPr>
          <w:b/>
          <w:bCs/>
        </w:rPr>
        <w:t>5</w:t>
      </w:r>
      <w:r w:rsidRPr="0011169A">
        <w:rPr>
          <w:b/>
          <w:bCs/>
        </w:rPr>
        <w:t>?</w:t>
      </w:r>
    </w:p>
    <w:tbl>
      <w:tblPr>
        <w:tblStyle w:val="TableGrid"/>
        <w:tblW w:w="0" w:type="auto"/>
        <w:tblLook w:val="04A0" w:firstRow="1" w:lastRow="0" w:firstColumn="1" w:lastColumn="0" w:noHBand="0" w:noVBand="1"/>
      </w:tblPr>
      <w:tblGrid>
        <w:gridCol w:w="1668"/>
        <w:gridCol w:w="7908"/>
      </w:tblGrid>
      <w:tr w:rsidR="0011169A" w14:paraId="3E785A42" w14:textId="77777777" w:rsidTr="007F6D39">
        <w:tc>
          <w:tcPr>
            <w:tcW w:w="1668" w:type="dxa"/>
          </w:tcPr>
          <w:p w14:paraId="6443E18E" w14:textId="77777777" w:rsidR="0011169A" w:rsidRDefault="0011169A" w:rsidP="007F6D39">
            <w:r>
              <w:t>Yes</w:t>
            </w:r>
          </w:p>
        </w:tc>
        <w:sdt>
          <w:sdtPr>
            <w:id w:val="1430930611"/>
            <w14:checkbox>
              <w14:checked w14:val="0"/>
              <w14:checkedState w14:val="2612" w14:font="MS Gothic"/>
              <w14:uncheckedState w14:val="2610" w14:font="MS Gothic"/>
            </w14:checkbox>
          </w:sdtPr>
          <w:sdtContent>
            <w:tc>
              <w:tcPr>
                <w:tcW w:w="7908" w:type="dxa"/>
              </w:tcPr>
              <w:p w14:paraId="1B30E971" w14:textId="77777777" w:rsidR="0011169A" w:rsidRDefault="0011169A" w:rsidP="007F6D39">
                <w:r>
                  <w:rPr>
                    <w:rFonts w:ascii="MS Gothic" w:eastAsia="MS Gothic" w:hAnsi="MS Gothic" w:hint="eastAsia"/>
                  </w:rPr>
                  <w:t>☐</w:t>
                </w:r>
              </w:p>
            </w:tc>
          </w:sdtContent>
        </w:sdt>
      </w:tr>
      <w:tr w:rsidR="0011169A" w14:paraId="07336BEF" w14:textId="77777777" w:rsidTr="007F6D39">
        <w:tc>
          <w:tcPr>
            <w:tcW w:w="1668" w:type="dxa"/>
          </w:tcPr>
          <w:p w14:paraId="2A2B7763" w14:textId="77777777" w:rsidR="0011169A" w:rsidRDefault="0011169A" w:rsidP="007F6D39">
            <w:r>
              <w:t>No</w:t>
            </w:r>
          </w:p>
        </w:tc>
        <w:sdt>
          <w:sdtPr>
            <w:id w:val="-926730950"/>
            <w14:checkbox>
              <w14:checked w14:val="0"/>
              <w14:checkedState w14:val="2612" w14:font="MS Gothic"/>
              <w14:uncheckedState w14:val="2610" w14:font="MS Gothic"/>
            </w14:checkbox>
          </w:sdtPr>
          <w:sdtContent>
            <w:tc>
              <w:tcPr>
                <w:tcW w:w="7908" w:type="dxa"/>
              </w:tcPr>
              <w:p w14:paraId="608FC989" w14:textId="77777777" w:rsidR="0011169A" w:rsidRDefault="0011169A" w:rsidP="007F6D39">
                <w:r>
                  <w:rPr>
                    <w:rFonts w:ascii="MS Gothic" w:eastAsia="MS Gothic" w:hAnsi="MS Gothic" w:hint="eastAsia"/>
                  </w:rPr>
                  <w:t>☐</w:t>
                </w:r>
              </w:p>
            </w:tc>
          </w:sdtContent>
        </w:sdt>
      </w:tr>
      <w:tr w:rsidR="0011169A" w14:paraId="6F165B0A" w14:textId="77777777" w:rsidTr="007F6D39">
        <w:tc>
          <w:tcPr>
            <w:tcW w:w="1668" w:type="dxa"/>
          </w:tcPr>
          <w:p w14:paraId="5AC05729" w14:textId="77777777" w:rsidR="0011169A" w:rsidRDefault="0011169A" w:rsidP="007F6D39">
            <w:r>
              <w:t>Unsure</w:t>
            </w:r>
          </w:p>
        </w:tc>
        <w:sdt>
          <w:sdtPr>
            <w:id w:val="1220470083"/>
            <w14:checkbox>
              <w14:checked w14:val="0"/>
              <w14:checkedState w14:val="2612" w14:font="MS Gothic"/>
              <w14:uncheckedState w14:val="2610" w14:font="MS Gothic"/>
            </w14:checkbox>
          </w:sdtPr>
          <w:sdtContent>
            <w:tc>
              <w:tcPr>
                <w:tcW w:w="7908" w:type="dxa"/>
              </w:tcPr>
              <w:p w14:paraId="1FDCA799" w14:textId="77777777" w:rsidR="0011169A" w:rsidRDefault="0011169A" w:rsidP="007F6D39">
                <w:r>
                  <w:rPr>
                    <w:rFonts w:ascii="MS Gothic" w:eastAsia="MS Gothic" w:hAnsi="MS Gothic" w:hint="eastAsia"/>
                  </w:rPr>
                  <w:t>☐</w:t>
                </w:r>
              </w:p>
            </w:tc>
          </w:sdtContent>
        </w:sdt>
      </w:tr>
    </w:tbl>
    <w:p w14:paraId="20978C6A" w14:textId="77777777" w:rsidR="00802C9A" w:rsidRPr="00802C9A" w:rsidRDefault="00802C9A" w:rsidP="00B153B1">
      <w:pPr>
        <w:shd w:val="clear" w:color="auto" w:fill="FFFFFF"/>
        <w:spacing w:before="240" w:after="0" w:line="240" w:lineRule="auto"/>
        <w:rPr>
          <w:rFonts w:eastAsia="Times New Roman" w:cs="Arial"/>
          <w:color w:val="000000"/>
          <w:lang w:val="en-AU" w:eastAsia="en-AU"/>
        </w:rPr>
      </w:pPr>
      <w:r w:rsidRPr="00802C9A">
        <w:rPr>
          <w:rFonts w:eastAsia="Times New Roman" w:cs="Arial"/>
          <w:color w:val="000000"/>
          <w:lang w:val="en-AU" w:eastAsia="en-AU"/>
        </w:rPr>
        <w:t>Please provide your feedback on the objective 4 statement and outcomes</w:t>
      </w:r>
    </w:p>
    <w:tbl>
      <w:tblPr>
        <w:tblStyle w:val="TableGrid"/>
        <w:tblW w:w="0" w:type="auto"/>
        <w:tblLook w:val="04A0" w:firstRow="1" w:lastRow="0" w:firstColumn="1" w:lastColumn="0" w:noHBand="0" w:noVBand="1"/>
      </w:tblPr>
      <w:tblGrid>
        <w:gridCol w:w="9576"/>
      </w:tblGrid>
      <w:tr w:rsidR="008A6120" w14:paraId="41543924" w14:textId="77777777" w:rsidTr="00564AD2">
        <w:tc>
          <w:tcPr>
            <w:tcW w:w="9576" w:type="dxa"/>
          </w:tcPr>
          <w:p w14:paraId="64676355" w14:textId="77777777" w:rsidR="008A6120" w:rsidRDefault="008A6120" w:rsidP="00564AD2">
            <w:pPr>
              <w:pStyle w:val="Heading3"/>
            </w:pPr>
          </w:p>
          <w:p w14:paraId="6D5AA9AA" w14:textId="77777777" w:rsidR="008A6120" w:rsidRDefault="008A6120" w:rsidP="00564AD2"/>
          <w:p w14:paraId="4A2BCD47" w14:textId="77777777" w:rsidR="008A6120" w:rsidRDefault="008A6120" w:rsidP="00564AD2"/>
          <w:p w14:paraId="6DE5B93A" w14:textId="77777777" w:rsidR="00B153B1" w:rsidRDefault="00B153B1" w:rsidP="00564AD2"/>
          <w:p w14:paraId="26450818" w14:textId="77777777" w:rsidR="001348E4" w:rsidRPr="008A6120" w:rsidRDefault="001348E4" w:rsidP="00564AD2"/>
        </w:tc>
      </w:tr>
    </w:tbl>
    <w:p w14:paraId="59F5E9C8" w14:textId="77777777" w:rsidR="006059E6" w:rsidRDefault="00E9485B">
      <w:pPr>
        <w:pStyle w:val="Heading3"/>
      </w:pPr>
      <w:r>
        <w:t>Objective 5: Environment &amp; Circular Economy</w:t>
      </w:r>
    </w:p>
    <w:p w14:paraId="73D2BF12" w14:textId="77777777" w:rsidR="00802C9A" w:rsidRPr="00802C9A" w:rsidRDefault="00802C9A" w:rsidP="00802C9A">
      <w:pPr>
        <w:shd w:val="clear" w:color="auto" w:fill="FFFFFF"/>
        <w:spacing w:after="150" w:line="240" w:lineRule="auto"/>
        <w:rPr>
          <w:rFonts w:eastAsia="Times New Roman" w:cs="Arial"/>
          <w:color w:val="000000"/>
          <w:lang w:val="en-AU" w:eastAsia="en-AU"/>
        </w:rPr>
      </w:pPr>
      <w:r w:rsidRPr="00802C9A">
        <w:rPr>
          <w:rFonts w:eastAsia="Times New Roman" w:cs="Arial"/>
          <w:b/>
          <w:bCs/>
          <w:i/>
          <w:iCs/>
          <w:color w:val="000000"/>
          <w:lang w:val="en-AU" w:eastAsia="en-AU"/>
        </w:rPr>
        <w:t>Strategic Objective 5</w:t>
      </w:r>
    </w:p>
    <w:p w14:paraId="76F911D8" w14:textId="77777777" w:rsidR="00802C9A" w:rsidRPr="00802C9A" w:rsidRDefault="00802C9A" w:rsidP="00802C9A">
      <w:pPr>
        <w:shd w:val="clear" w:color="auto" w:fill="FFFFFF"/>
        <w:spacing w:after="150" w:line="240" w:lineRule="auto"/>
        <w:rPr>
          <w:rFonts w:eastAsia="Times New Roman" w:cs="Arial"/>
          <w:color w:val="000000"/>
          <w:lang w:val="en-AU" w:eastAsia="en-AU"/>
        </w:rPr>
      </w:pPr>
      <w:r w:rsidRPr="00802C9A">
        <w:rPr>
          <w:rFonts w:eastAsia="Times New Roman" w:cs="Arial"/>
          <w:i/>
          <w:iCs/>
          <w:color w:val="000000"/>
          <w:lang w:val="en-AU" w:eastAsia="en-AU"/>
        </w:rPr>
        <w:t>Protect and enhance our unique natural environment and surrounds</w:t>
      </w:r>
    </w:p>
    <w:p w14:paraId="0AFEE354" w14:textId="77777777" w:rsidR="00B153B1" w:rsidRDefault="00802C9A" w:rsidP="00B153B1">
      <w:pPr>
        <w:shd w:val="clear" w:color="auto" w:fill="FFFFFF"/>
        <w:spacing w:after="0" w:line="240" w:lineRule="auto"/>
        <w:rPr>
          <w:rFonts w:eastAsia="Times New Roman" w:cs="Arial"/>
          <w:color w:val="000000"/>
          <w:lang w:val="en-AU" w:eastAsia="en-AU"/>
        </w:rPr>
      </w:pPr>
      <w:r w:rsidRPr="00802C9A">
        <w:rPr>
          <w:rFonts w:eastAsia="Times New Roman" w:cs="Arial"/>
          <w:b/>
          <w:bCs/>
          <w:i/>
          <w:iCs/>
          <w:color w:val="000000"/>
          <w:lang w:val="en-AU" w:eastAsia="en-AU"/>
        </w:rPr>
        <w:t>Outcomes</w:t>
      </w:r>
    </w:p>
    <w:p w14:paraId="198E508E" w14:textId="77777777" w:rsidR="00B153B1" w:rsidRDefault="00802C9A" w:rsidP="00B153B1">
      <w:pPr>
        <w:pStyle w:val="ListParagraph"/>
        <w:numPr>
          <w:ilvl w:val="0"/>
          <w:numId w:val="22"/>
        </w:numPr>
        <w:shd w:val="clear" w:color="auto" w:fill="FFFFFF"/>
        <w:spacing w:after="150" w:line="240" w:lineRule="auto"/>
        <w:rPr>
          <w:rFonts w:eastAsia="Times New Roman" w:cs="Arial"/>
          <w:color w:val="000000"/>
          <w:lang w:val="en-AU" w:eastAsia="en-AU"/>
        </w:rPr>
      </w:pPr>
      <w:r w:rsidRPr="00B153B1">
        <w:rPr>
          <w:rFonts w:eastAsia="Times New Roman" w:cs="Arial"/>
          <w:color w:val="000000"/>
          <w:lang w:val="en-AU" w:eastAsia="en-AU"/>
        </w:rPr>
        <w:t>Natural habitat and areas of important biodiversity are identified, protected, connected and restored.</w:t>
      </w:r>
    </w:p>
    <w:p w14:paraId="0BEAC95D" w14:textId="77777777" w:rsidR="00B153B1" w:rsidRDefault="00802C9A" w:rsidP="00B153B1">
      <w:pPr>
        <w:pStyle w:val="ListParagraph"/>
        <w:numPr>
          <w:ilvl w:val="0"/>
          <w:numId w:val="22"/>
        </w:numPr>
        <w:shd w:val="clear" w:color="auto" w:fill="FFFFFF"/>
        <w:spacing w:after="150" w:line="240" w:lineRule="auto"/>
        <w:rPr>
          <w:rFonts w:eastAsia="Times New Roman" w:cs="Arial"/>
          <w:color w:val="000000"/>
          <w:lang w:val="en-AU" w:eastAsia="en-AU"/>
        </w:rPr>
      </w:pPr>
      <w:r w:rsidRPr="00B153B1">
        <w:rPr>
          <w:rFonts w:eastAsia="Times New Roman" w:cs="Arial"/>
          <w:color w:val="000000"/>
          <w:lang w:val="en-AU" w:eastAsia="en-AU"/>
        </w:rPr>
        <w:t>Significant reductions in emissions.</w:t>
      </w:r>
    </w:p>
    <w:p w14:paraId="79157BB8" w14:textId="098D4709" w:rsidR="00802C9A" w:rsidRPr="00B153B1" w:rsidRDefault="00802C9A" w:rsidP="00B153B1">
      <w:pPr>
        <w:pStyle w:val="ListParagraph"/>
        <w:numPr>
          <w:ilvl w:val="0"/>
          <w:numId w:val="22"/>
        </w:numPr>
        <w:shd w:val="clear" w:color="auto" w:fill="FFFFFF"/>
        <w:spacing w:after="150" w:line="240" w:lineRule="auto"/>
        <w:rPr>
          <w:rFonts w:eastAsia="Times New Roman" w:cs="Arial"/>
          <w:color w:val="000000"/>
          <w:lang w:val="en-AU" w:eastAsia="en-AU"/>
        </w:rPr>
      </w:pPr>
      <w:r w:rsidRPr="00B153B1">
        <w:rPr>
          <w:rFonts w:eastAsia="Times New Roman" w:cs="Arial"/>
          <w:color w:val="000000"/>
          <w:lang w:val="en-AU" w:eastAsia="en-AU"/>
        </w:rPr>
        <w:t>Increased community resilience to climate change impacts.</w:t>
      </w:r>
    </w:p>
    <w:p w14:paraId="4AD5B22A" w14:textId="6A349727" w:rsidR="0011169A" w:rsidRPr="0011169A" w:rsidRDefault="0011169A" w:rsidP="00B153B1">
      <w:pPr>
        <w:spacing w:after="0"/>
        <w:rPr>
          <w:b/>
          <w:bCs/>
        </w:rPr>
      </w:pPr>
      <w:r w:rsidRPr="0011169A">
        <w:rPr>
          <w:b/>
          <w:bCs/>
        </w:rPr>
        <w:t xml:space="preserve">Do you support the Strategic Objective </w:t>
      </w:r>
      <w:r>
        <w:rPr>
          <w:b/>
          <w:bCs/>
        </w:rPr>
        <w:t>5</w:t>
      </w:r>
      <w:r w:rsidRPr="0011169A">
        <w:rPr>
          <w:b/>
          <w:bCs/>
        </w:rPr>
        <w:t>?</w:t>
      </w:r>
    </w:p>
    <w:tbl>
      <w:tblPr>
        <w:tblStyle w:val="TableGrid"/>
        <w:tblW w:w="0" w:type="auto"/>
        <w:tblLook w:val="04A0" w:firstRow="1" w:lastRow="0" w:firstColumn="1" w:lastColumn="0" w:noHBand="0" w:noVBand="1"/>
      </w:tblPr>
      <w:tblGrid>
        <w:gridCol w:w="1668"/>
        <w:gridCol w:w="7908"/>
      </w:tblGrid>
      <w:tr w:rsidR="0011169A" w14:paraId="234C8C2C" w14:textId="77777777" w:rsidTr="007F6D39">
        <w:tc>
          <w:tcPr>
            <w:tcW w:w="1668" w:type="dxa"/>
          </w:tcPr>
          <w:p w14:paraId="0320DD0A" w14:textId="77777777" w:rsidR="0011169A" w:rsidRDefault="0011169A" w:rsidP="007F6D39">
            <w:r>
              <w:t>Yes</w:t>
            </w:r>
          </w:p>
        </w:tc>
        <w:sdt>
          <w:sdtPr>
            <w:id w:val="1401785499"/>
            <w14:checkbox>
              <w14:checked w14:val="0"/>
              <w14:checkedState w14:val="2612" w14:font="MS Gothic"/>
              <w14:uncheckedState w14:val="2610" w14:font="MS Gothic"/>
            </w14:checkbox>
          </w:sdtPr>
          <w:sdtContent>
            <w:tc>
              <w:tcPr>
                <w:tcW w:w="7908" w:type="dxa"/>
              </w:tcPr>
              <w:p w14:paraId="1ECC6BB4" w14:textId="77777777" w:rsidR="0011169A" w:rsidRDefault="0011169A" w:rsidP="007F6D39">
                <w:r>
                  <w:rPr>
                    <w:rFonts w:ascii="MS Gothic" w:eastAsia="MS Gothic" w:hAnsi="MS Gothic" w:hint="eastAsia"/>
                  </w:rPr>
                  <w:t>☐</w:t>
                </w:r>
              </w:p>
            </w:tc>
          </w:sdtContent>
        </w:sdt>
      </w:tr>
      <w:tr w:rsidR="0011169A" w14:paraId="4F8DA42E" w14:textId="77777777" w:rsidTr="007F6D39">
        <w:tc>
          <w:tcPr>
            <w:tcW w:w="1668" w:type="dxa"/>
          </w:tcPr>
          <w:p w14:paraId="4AAA2BCE" w14:textId="77777777" w:rsidR="0011169A" w:rsidRDefault="0011169A" w:rsidP="007F6D39">
            <w:r>
              <w:t>No</w:t>
            </w:r>
          </w:p>
        </w:tc>
        <w:sdt>
          <w:sdtPr>
            <w:id w:val="-2077431911"/>
            <w14:checkbox>
              <w14:checked w14:val="0"/>
              <w14:checkedState w14:val="2612" w14:font="MS Gothic"/>
              <w14:uncheckedState w14:val="2610" w14:font="MS Gothic"/>
            </w14:checkbox>
          </w:sdtPr>
          <w:sdtContent>
            <w:tc>
              <w:tcPr>
                <w:tcW w:w="7908" w:type="dxa"/>
              </w:tcPr>
              <w:p w14:paraId="7D5F6409" w14:textId="77777777" w:rsidR="0011169A" w:rsidRDefault="0011169A" w:rsidP="007F6D39">
                <w:r>
                  <w:rPr>
                    <w:rFonts w:ascii="MS Gothic" w:eastAsia="MS Gothic" w:hAnsi="MS Gothic" w:hint="eastAsia"/>
                  </w:rPr>
                  <w:t>☐</w:t>
                </w:r>
              </w:p>
            </w:tc>
          </w:sdtContent>
        </w:sdt>
      </w:tr>
      <w:tr w:rsidR="0011169A" w14:paraId="0F82B7B7" w14:textId="77777777" w:rsidTr="007F6D39">
        <w:tc>
          <w:tcPr>
            <w:tcW w:w="1668" w:type="dxa"/>
          </w:tcPr>
          <w:p w14:paraId="07E05CBE" w14:textId="77777777" w:rsidR="0011169A" w:rsidRDefault="0011169A" w:rsidP="007F6D39">
            <w:r>
              <w:t>Unsure</w:t>
            </w:r>
          </w:p>
        </w:tc>
        <w:sdt>
          <w:sdtPr>
            <w:id w:val="1343511164"/>
            <w14:checkbox>
              <w14:checked w14:val="0"/>
              <w14:checkedState w14:val="2612" w14:font="MS Gothic"/>
              <w14:uncheckedState w14:val="2610" w14:font="MS Gothic"/>
            </w14:checkbox>
          </w:sdtPr>
          <w:sdtContent>
            <w:tc>
              <w:tcPr>
                <w:tcW w:w="7908" w:type="dxa"/>
              </w:tcPr>
              <w:p w14:paraId="4552AB4E" w14:textId="77777777" w:rsidR="0011169A" w:rsidRDefault="0011169A" w:rsidP="007F6D39">
                <w:r>
                  <w:rPr>
                    <w:rFonts w:ascii="MS Gothic" w:eastAsia="MS Gothic" w:hAnsi="MS Gothic" w:hint="eastAsia"/>
                  </w:rPr>
                  <w:t>☐</w:t>
                </w:r>
              </w:p>
            </w:tc>
          </w:sdtContent>
        </w:sdt>
      </w:tr>
    </w:tbl>
    <w:p w14:paraId="48382E57" w14:textId="77777777" w:rsidR="00802C9A" w:rsidRPr="00802C9A" w:rsidRDefault="00802C9A" w:rsidP="00802C9A">
      <w:pPr>
        <w:shd w:val="clear" w:color="auto" w:fill="FFFFFF"/>
        <w:spacing w:line="240" w:lineRule="auto"/>
        <w:rPr>
          <w:rFonts w:eastAsia="Times New Roman" w:cs="Arial"/>
          <w:color w:val="000000"/>
          <w:lang w:val="en-AU" w:eastAsia="en-AU"/>
        </w:rPr>
      </w:pPr>
      <w:r w:rsidRPr="00802C9A">
        <w:rPr>
          <w:rFonts w:eastAsia="Times New Roman" w:cs="Arial"/>
          <w:color w:val="000000"/>
          <w:lang w:val="en-AU" w:eastAsia="en-AU"/>
        </w:rPr>
        <w:t>Please provide your feedback on the objective 5 statement and outcomes</w:t>
      </w:r>
    </w:p>
    <w:tbl>
      <w:tblPr>
        <w:tblStyle w:val="TableGrid"/>
        <w:tblW w:w="0" w:type="auto"/>
        <w:tblLook w:val="04A0" w:firstRow="1" w:lastRow="0" w:firstColumn="1" w:lastColumn="0" w:noHBand="0" w:noVBand="1"/>
      </w:tblPr>
      <w:tblGrid>
        <w:gridCol w:w="9576"/>
      </w:tblGrid>
      <w:tr w:rsidR="008A6120" w14:paraId="6AA055FD" w14:textId="77777777" w:rsidTr="00564AD2">
        <w:tc>
          <w:tcPr>
            <w:tcW w:w="9576" w:type="dxa"/>
          </w:tcPr>
          <w:p w14:paraId="2840357B" w14:textId="77777777" w:rsidR="001348E4" w:rsidRDefault="001348E4" w:rsidP="00564AD2"/>
          <w:p w14:paraId="2282BBDA" w14:textId="77777777" w:rsidR="001348E4" w:rsidRDefault="001348E4" w:rsidP="00564AD2"/>
          <w:p w14:paraId="26C34BD9" w14:textId="77777777" w:rsidR="001348E4" w:rsidRDefault="001348E4" w:rsidP="00564AD2"/>
          <w:p w14:paraId="47173A81" w14:textId="77777777" w:rsidR="001348E4" w:rsidRDefault="001348E4" w:rsidP="00564AD2"/>
          <w:p w14:paraId="561C582B" w14:textId="77777777" w:rsidR="008A6120" w:rsidRDefault="008A6120" w:rsidP="00564AD2"/>
          <w:p w14:paraId="186F3AFF" w14:textId="77777777" w:rsidR="008A6120" w:rsidRDefault="008A6120" w:rsidP="00564AD2"/>
          <w:p w14:paraId="7E370626" w14:textId="77777777" w:rsidR="008A6120" w:rsidRDefault="008A6120" w:rsidP="00564AD2"/>
          <w:p w14:paraId="1FF3E4E1" w14:textId="77777777" w:rsidR="008A6120" w:rsidRPr="008A6120" w:rsidRDefault="008A6120" w:rsidP="00564AD2"/>
        </w:tc>
      </w:tr>
    </w:tbl>
    <w:p w14:paraId="484643AD" w14:textId="77777777" w:rsidR="008A6120" w:rsidRDefault="008A6120">
      <w:pPr>
        <w:rPr>
          <w:rFonts w:asciiTheme="majorHAnsi" w:eastAsiaTheme="majorEastAsia" w:hAnsiTheme="majorHAnsi" w:cstheme="majorBidi"/>
          <w:b/>
          <w:bCs/>
          <w:color w:val="4F81BD" w:themeColor="accent1"/>
        </w:rPr>
      </w:pPr>
      <w:bookmarkStart w:id="1" w:name="_Hlk195713816"/>
      <w:r>
        <w:br w:type="page"/>
      </w:r>
    </w:p>
    <w:p w14:paraId="7D8AB2E5" w14:textId="43FB03F2" w:rsidR="006059E6" w:rsidRDefault="002E1D32">
      <w:pPr>
        <w:pStyle w:val="Heading3"/>
      </w:pPr>
      <w:r w:rsidRPr="002E1D32">
        <w:lastRenderedPageBreak/>
        <w:t xml:space="preserve">Strategic </w:t>
      </w:r>
      <w:r w:rsidR="00E9485B">
        <w:t>Objective 6: Governance &amp; Integrity</w:t>
      </w:r>
    </w:p>
    <w:bookmarkEnd w:id="1"/>
    <w:p w14:paraId="407BBD01" w14:textId="77777777" w:rsidR="002E1D32" w:rsidRPr="002E1D32" w:rsidRDefault="002E1D32" w:rsidP="002E1D32">
      <w:pPr>
        <w:shd w:val="clear" w:color="auto" w:fill="FFFFFF"/>
        <w:spacing w:after="150" w:line="240" w:lineRule="auto"/>
        <w:rPr>
          <w:rFonts w:eastAsia="Times New Roman" w:cs="Arial"/>
          <w:color w:val="000000"/>
          <w:lang w:val="en-AU" w:eastAsia="en-AU"/>
        </w:rPr>
      </w:pPr>
      <w:r w:rsidRPr="002E1D32">
        <w:rPr>
          <w:rFonts w:eastAsia="Times New Roman" w:cs="Arial"/>
          <w:b/>
          <w:bCs/>
          <w:i/>
          <w:iCs/>
          <w:color w:val="000000"/>
          <w:lang w:val="en-AU" w:eastAsia="en-AU"/>
        </w:rPr>
        <w:t>Strategic Objective 6</w:t>
      </w:r>
    </w:p>
    <w:p w14:paraId="660EB749" w14:textId="77777777" w:rsidR="002E1D32" w:rsidRPr="002E1D32" w:rsidRDefault="002E1D32" w:rsidP="002E1D32">
      <w:pPr>
        <w:shd w:val="clear" w:color="auto" w:fill="FFFFFF"/>
        <w:spacing w:after="150" w:line="240" w:lineRule="auto"/>
        <w:rPr>
          <w:rFonts w:eastAsia="Times New Roman" w:cs="Arial"/>
          <w:color w:val="000000"/>
          <w:lang w:val="en-AU" w:eastAsia="en-AU"/>
        </w:rPr>
      </w:pPr>
      <w:r w:rsidRPr="002E1D32">
        <w:rPr>
          <w:rFonts w:eastAsia="Times New Roman" w:cs="Arial"/>
          <w:i/>
          <w:iCs/>
          <w:color w:val="000000"/>
          <w:lang w:val="en-AU" w:eastAsia="en-AU"/>
        </w:rPr>
        <w:t>Commit to the highest levels of leadership, integrity, financial stewardship, and meaningful community engagement</w:t>
      </w:r>
    </w:p>
    <w:p w14:paraId="5D9A693F" w14:textId="77777777" w:rsidR="002E1D32" w:rsidRPr="002E1D32" w:rsidRDefault="002E1D32" w:rsidP="002E1D32">
      <w:pPr>
        <w:shd w:val="clear" w:color="auto" w:fill="FFFFFF"/>
        <w:spacing w:after="150" w:line="240" w:lineRule="auto"/>
        <w:rPr>
          <w:rFonts w:eastAsia="Times New Roman" w:cs="Arial"/>
          <w:color w:val="000000"/>
          <w:lang w:val="en-AU" w:eastAsia="en-AU"/>
        </w:rPr>
      </w:pPr>
      <w:r w:rsidRPr="002E1D32">
        <w:rPr>
          <w:rFonts w:eastAsia="Times New Roman" w:cs="Arial"/>
          <w:b/>
          <w:bCs/>
          <w:i/>
          <w:iCs/>
          <w:color w:val="000000"/>
          <w:lang w:val="en-AU" w:eastAsia="en-AU"/>
        </w:rPr>
        <w:t>Outcomes</w:t>
      </w:r>
    </w:p>
    <w:p w14:paraId="07C48E26" w14:textId="77777777" w:rsidR="002E1D32" w:rsidRPr="002E1D32" w:rsidRDefault="002E1D32" w:rsidP="002E1D32">
      <w:pPr>
        <w:numPr>
          <w:ilvl w:val="0"/>
          <w:numId w:val="18"/>
        </w:numPr>
        <w:shd w:val="clear" w:color="auto" w:fill="FFFFFF"/>
        <w:spacing w:before="100" w:beforeAutospacing="1" w:after="100" w:afterAutospacing="1" w:line="240" w:lineRule="auto"/>
        <w:rPr>
          <w:rFonts w:eastAsia="Times New Roman" w:cs="Arial"/>
          <w:color w:val="000000"/>
          <w:lang w:val="en-AU" w:eastAsia="en-AU"/>
        </w:rPr>
      </w:pPr>
      <w:r w:rsidRPr="002E1D32">
        <w:rPr>
          <w:rFonts w:eastAsia="Times New Roman" w:cs="Arial"/>
          <w:color w:val="000000"/>
          <w:lang w:val="en-AU" w:eastAsia="en-AU"/>
        </w:rPr>
        <w:t>Public funds and assets are used equitably and efficiently.</w:t>
      </w:r>
    </w:p>
    <w:p w14:paraId="1A8E0FBD" w14:textId="77777777" w:rsidR="002E1D32" w:rsidRPr="002E1D32" w:rsidRDefault="002E1D32" w:rsidP="002E1D32">
      <w:pPr>
        <w:numPr>
          <w:ilvl w:val="0"/>
          <w:numId w:val="18"/>
        </w:numPr>
        <w:shd w:val="clear" w:color="auto" w:fill="FFFFFF"/>
        <w:spacing w:before="100" w:beforeAutospacing="1" w:after="100" w:afterAutospacing="1" w:line="240" w:lineRule="auto"/>
        <w:rPr>
          <w:rFonts w:eastAsia="Times New Roman" w:cs="Arial"/>
          <w:color w:val="000000"/>
          <w:lang w:val="en-AU" w:eastAsia="en-AU"/>
        </w:rPr>
      </w:pPr>
      <w:r w:rsidRPr="002E1D32">
        <w:rPr>
          <w:rFonts w:eastAsia="Times New Roman" w:cs="Arial"/>
          <w:color w:val="000000"/>
          <w:lang w:val="en-AU" w:eastAsia="en-AU"/>
        </w:rPr>
        <w:t>Decision making is evidence-based, transparent and strategically aligned.</w:t>
      </w:r>
    </w:p>
    <w:p w14:paraId="56FE8785" w14:textId="77777777" w:rsidR="002E1D32" w:rsidRDefault="002E1D32" w:rsidP="002E1D32">
      <w:pPr>
        <w:numPr>
          <w:ilvl w:val="0"/>
          <w:numId w:val="18"/>
        </w:numPr>
        <w:shd w:val="clear" w:color="auto" w:fill="FFFFFF"/>
        <w:spacing w:before="100" w:beforeAutospacing="1" w:after="100" w:afterAutospacing="1" w:line="240" w:lineRule="auto"/>
        <w:rPr>
          <w:rFonts w:eastAsia="Times New Roman" w:cs="Arial"/>
          <w:color w:val="000000"/>
          <w:lang w:val="en-AU" w:eastAsia="en-AU"/>
        </w:rPr>
      </w:pPr>
      <w:r w:rsidRPr="002E1D32">
        <w:rPr>
          <w:rFonts w:eastAsia="Times New Roman" w:cs="Arial"/>
          <w:color w:val="000000"/>
          <w:lang w:val="en-AU" w:eastAsia="en-AU"/>
        </w:rPr>
        <w:t>Community engagement, strong partnerships and effective advocacy delivers value and impact.</w:t>
      </w:r>
    </w:p>
    <w:p w14:paraId="2EF15FB1" w14:textId="488ACF19" w:rsidR="0011169A" w:rsidRPr="0011169A" w:rsidRDefault="0011169A" w:rsidP="0011169A">
      <w:pPr>
        <w:rPr>
          <w:b/>
          <w:bCs/>
        </w:rPr>
      </w:pPr>
      <w:r w:rsidRPr="0011169A">
        <w:rPr>
          <w:b/>
          <w:bCs/>
        </w:rPr>
        <w:t xml:space="preserve">Do you support the Strategic Objective </w:t>
      </w:r>
      <w:r>
        <w:rPr>
          <w:b/>
          <w:bCs/>
        </w:rPr>
        <w:t>6</w:t>
      </w:r>
      <w:r w:rsidRPr="0011169A">
        <w:rPr>
          <w:b/>
          <w:bCs/>
        </w:rPr>
        <w:t>?</w:t>
      </w:r>
    </w:p>
    <w:tbl>
      <w:tblPr>
        <w:tblStyle w:val="TableGrid"/>
        <w:tblW w:w="0" w:type="auto"/>
        <w:tblLook w:val="04A0" w:firstRow="1" w:lastRow="0" w:firstColumn="1" w:lastColumn="0" w:noHBand="0" w:noVBand="1"/>
      </w:tblPr>
      <w:tblGrid>
        <w:gridCol w:w="1668"/>
        <w:gridCol w:w="7908"/>
      </w:tblGrid>
      <w:tr w:rsidR="0011169A" w14:paraId="5D98AB96" w14:textId="77777777" w:rsidTr="007F6D39">
        <w:tc>
          <w:tcPr>
            <w:tcW w:w="1668" w:type="dxa"/>
          </w:tcPr>
          <w:p w14:paraId="7CF0C577" w14:textId="77777777" w:rsidR="0011169A" w:rsidRDefault="0011169A" w:rsidP="007F6D39">
            <w:r>
              <w:t>Yes</w:t>
            </w:r>
          </w:p>
        </w:tc>
        <w:sdt>
          <w:sdtPr>
            <w:id w:val="1436177442"/>
            <w14:checkbox>
              <w14:checked w14:val="0"/>
              <w14:checkedState w14:val="2612" w14:font="MS Gothic"/>
              <w14:uncheckedState w14:val="2610" w14:font="MS Gothic"/>
            </w14:checkbox>
          </w:sdtPr>
          <w:sdtContent>
            <w:tc>
              <w:tcPr>
                <w:tcW w:w="7908" w:type="dxa"/>
              </w:tcPr>
              <w:p w14:paraId="3BD460F7" w14:textId="77777777" w:rsidR="0011169A" w:rsidRDefault="0011169A" w:rsidP="007F6D39">
                <w:r>
                  <w:rPr>
                    <w:rFonts w:ascii="MS Gothic" w:eastAsia="MS Gothic" w:hAnsi="MS Gothic" w:hint="eastAsia"/>
                  </w:rPr>
                  <w:t>☐</w:t>
                </w:r>
              </w:p>
            </w:tc>
          </w:sdtContent>
        </w:sdt>
      </w:tr>
      <w:tr w:rsidR="0011169A" w14:paraId="7E0DCEC9" w14:textId="77777777" w:rsidTr="007F6D39">
        <w:tc>
          <w:tcPr>
            <w:tcW w:w="1668" w:type="dxa"/>
          </w:tcPr>
          <w:p w14:paraId="44FB7AC0" w14:textId="77777777" w:rsidR="0011169A" w:rsidRDefault="0011169A" w:rsidP="007F6D39">
            <w:r>
              <w:t>No</w:t>
            </w:r>
          </w:p>
        </w:tc>
        <w:sdt>
          <w:sdtPr>
            <w:id w:val="70935429"/>
            <w14:checkbox>
              <w14:checked w14:val="0"/>
              <w14:checkedState w14:val="2612" w14:font="MS Gothic"/>
              <w14:uncheckedState w14:val="2610" w14:font="MS Gothic"/>
            </w14:checkbox>
          </w:sdtPr>
          <w:sdtContent>
            <w:tc>
              <w:tcPr>
                <w:tcW w:w="7908" w:type="dxa"/>
              </w:tcPr>
              <w:p w14:paraId="7EA0E8BE" w14:textId="77777777" w:rsidR="0011169A" w:rsidRDefault="0011169A" w:rsidP="007F6D39">
                <w:r>
                  <w:rPr>
                    <w:rFonts w:ascii="MS Gothic" w:eastAsia="MS Gothic" w:hAnsi="MS Gothic" w:hint="eastAsia"/>
                  </w:rPr>
                  <w:t>☐</w:t>
                </w:r>
              </w:p>
            </w:tc>
          </w:sdtContent>
        </w:sdt>
      </w:tr>
      <w:tr w:rsidR="0011169A" w14:paraId="5B2CE661" w14:textId="77777777" w:rsidTr="007F6D39">
        <w:tc>
          <w:tcPr>
            <w:tcW w:w="1668" w:type="dxa"/>
          </w:tcPr>
          <w:p w14:paraId="72C2E855" w14:textId="77777777" w:rsidR="0011169A" w:rsidRDefault="0011169A" w:rsidP="007F6D39">
            <w:r>
              <w:t>Unsure</w:t>
            </w:r>
          </w:p>
        </w:tc>
        <w:sdt>
          <w:sdtPr>
            <w:id w:val="921989035"/>
            <w14:checkbox>
              <w14:checked w14:val="0"/>
              <w14:checkedState w14:val="2612" w14:font="MS Gothic"/>
              <w14:uncheckedState w14:val="2610" w14:font="MS Gothic"/>
            </w14:checkbox>
          </w:sdtPr>
          <w:sdtContent>
            <w:tc>
              <w:tcPr>
                <w:tcW w:w="7908" w:type="dxa"/>
              </w:tcPr>
              <w:p w14:paraId="3A57F3B3" w14:textId="77777777" w:rsidR="0011169A" w:rsidRDefault="0011169A" w:rsidP="007F6D39">
                <w:r>
                  <w:rPr>
                    <w:rFonts w:ascii="MS Gothic" w:eastAsia="MS Gothic" w:hAnsi="MS Gothic" w:hint="eastAsia"/>
                  </w:rPr>
                  <w:t>☐</w:t>
                </w:r>
              </w:p>
            </w:tc>
          </w:sdtContent>
        </w:sdt>
      </w:tr>
    </w:tbl>
    <w:p w14:paraId="7DA1EC8D" w14:textId="77777777" w:rsidR="002E1D32" w:rsidRPr="002E1D32" w:rsidRDefault="002E1D32" w:rsidP="002E1D32">
      <w:pPr>
        <w:shd w:val="clear" w:color="auto" w:fill="FFFFFF"/>
        <w:spacing w:line="240" w:lineRule="auto"/>
        <w:rPr>
          <w:rFonts w:eastAsia="Times New Roman" w:cs="Arial"/>
          <w:color w:val="000000"/>
          <w:lang w:val="en-AU" w:eastAsia="en-AU"/>
        </w:rPr>
      </w:pPr>
      <w:r w:rsidRPr="002E1D32">
        <w:rPr>
          <w:rFonts w:eastAsia="Times New Roman" w:cs="Arial"/>
          <w:color w:val="000000"/>
          <w:lang w:val="en-AU" w:eastAsia="en-AU"/>
        </w:rPr>
        <w:t>Please provide your feedback on the objective 6 statement and outcomes</w:t>
      </w:r>
    </w:p>
    <w:tbl>
      <w:tblPr>
        <w:tblStyle w:val="TableGrid"/>
        <w:tblW w:w="0" w:type="auto"/>
        <w:tblLook w:val="04A0" w:firstRow="1" w:lastRow="0" w:firstColumn="1" w:lastColumn="0" w:noHBand="0" w:noVBand="1"/>
      </w:tblPr>
      <w:tblGrid>
        <w:gridCol w:w="9576"/>
      </w:tblGrid>
      <w:tr w:rsidR="008A6120" w14:paraId="21404417" w14:textId="77777777" w:rsidTr="00564AD2">
        <w:tc>
          <w:tcPr>
            <w:tcW w:w="9576" w:type="dxa"/>
          </w:tcPr>
          <w:p w14:paraId="1D0D1393" w14:textId="77777777" w:rsidR="008A6120" w:rsidRDefault="008A6120" w:rsidP="00564AD2">
            <w:pPr>
              <w:pStyle w:val="Heading3"/>
            </w:pPr>
          </w:p>
          <w:p w14:paraId="19B4AE8B" w14:textId="77777777" w:rsidR="008A6120" w:rsidRDefault="008A6120" w:rsidP="00564AD2"/>
          <w:p w14:paraId="5831AC25" w14:textId="77777777" w:rsidR="001348E4" w:rsidRDefault="001348E4" w:rsidP="00564AD2"/>
          <w:p w14:paraId="6A08611A" w14:textId="77777777" w:rsidR="001348E4" w:rsidRDefault="001348E4" w:rsidP="00564AD2"/>
          <w:p w14:paraId="13A7E363" w14:textId="77777777" w:rsidR="00B153B1" w:rsidRDefault="00B153B1" w:rsidP="00564AD2"/>
          <w:p w14:paraId="49BDAAA6" w14:textId="77777777" w:rsidR="001348E4" w:rsidRDefault="001348E4" w:rsidP="00564AD2"/>
          <w:p w14:paraId="18958166" w14:textId="77777777" w:rsidR="008A6120" w:rsidRDefault="008A6120" w:rsidP="00564AD2"/>
          <w:p w14:paraId="3A91EBBD" w14:textId="77777777" w:rsidR="008A6120" w:rsidRDefault="008A6120" w:rsidP="00564AD2"/>
          <w:p w14:paraId="0B0D88A8" w14:textId="77777777" w:rsidR="008A6120" w:rsidRPr="008A6120" w:rsidRDefault="008A6120" w:rsidP="00564AD2"/>
        </w:tc>
      </w:tr>
    </w:tbl>
    <w:p w14:paraId="1D2A2C10" w14:textId="5B143498" w:rsidR="008A6120" w:rsidRDefault="008A6120" w:rsidP="008A6120">
      <w:pPr>
        <w:pStyle w:val="Heading3"/>
      </w:pPr>
      <w:r>
        <w:t>Other Feedback</w:t>
      </w:r>
    </w:p>
    <w:p w14:paraId="6CDFFCB0" w14:textId="31327FBD" w:rsidR="006059E6" w:rsidRPr="00316BFE" w:rsidRDefault="00E9485B">
      <w:pPr>
        <w:rPr>
          <w:b/>
          <w:bCs/>
        </w:rPr>
      </w:pPr>
      <w:r w:rsidRPr="00316BFE">
        <w:rPr>
          <w:b/>
          <w:bCs/>
        </w:rPr>
        <w:t xml:space="preserve">Do you have any other feedback on the draft Council Plan? </w:t>
      </w:r>
    </w:p>
    <w:tbl>
      <w:tblPr>
        <w:tblStyle w:val="TableGrid"/>
        <w:tblW w:w="0" w:type="auto"/>
        <w:tblLook w:val="04A0" w:firstRow="1" w:lastRow="0" w:firstColumn="1" w:lastColumn="0" w:noHBand="0" w:noVBand="1"/>
      </w:tblPr>
      <w:tblGrid>
        <w:gridCol w:w="9576"/>
      </w:tblGrid>
      <w:tr w:rsidR="008A6120" w14:paraId="78081781" w14:textId="77777777" w:rsidTr="00564AD2">
        <w:tc>
          <w:tcPr>
            <w:tcW w:w="9576" w:type="dxa"/>
          </w:tcPr>
          <w:p w14:paraId="2D41E499" w14:textId="77777777" w:rsidR="008A6120" w:rsidRDefault="008A6120" w:rsidP="00564AD2">
            <w:pPr>
              <w:pStyle w:val="Heading3"/>
            </w:pPr>
          </w:p>
          <w:p w14:paraId="53EB7B20" w14:textId="77777777" w:rsidR="008A6120" w:rsidRDefault="008A6120" w:rsidP="00564AD2"/>
          <w:p w14:paraId="3FDB8350" w14:textId="77777777" w:rsidR="008A6120" w:rsidRDefault="008A6120" w:rsidP="00564AD2"/>
          <w:p w14:paraId="63497338" w14:textId="77777777" w:rsidR="008A6120" w:rsidRDefault="008A6120" w:rsidP="00564AD2"/>
          <w:p w14:paraId="4ABCCB20" w14:textId="77777777" w:rsidR="00B153B1" w:rsidRDefault="00B153B1" w:rsidP="00564AD2"/>
          <w:p w14:paraId="1467D7AC" w14:textId="77777777" w:rsidR="00B153B1" w:rsidRDefault="00B153B1" w:rsidP="00564AD2"/>
          <w:p w14:paraId="4821FEFE" w14:textId="77777777" w:rsidR="00B153B1" w:rsidRDefault="00B153B1" w:rsidP="00564AD2"/>
          <w:p w14:paraId="4A76C3B4" w14:textId="77777777" w:rsidR="00B153B1" w:rsidRDefault="00B153B1" w:rsidP="00564AD2"/>
          <w:p w14:paraId="05CA5774" w14:textId="77777777" w:rsidR="00B153B1" w:rsidRDefault="00B153B1" w:rsidP="00564AD2"/>
          <w:p w14:paraId="5470C54C" w14:textId="77777777" w:rsidR="00B153B1" w:rsidRDefault="00B153B1" w:rsidP="00564AD2"/>
          <w:p w14:paraId="13D61F69" w14:textId="77777777" w:rsidR="008A6120" w:rsidRDefault="008A6120" w:rsidP="00564AD2"/>
          <w:p w14:paraId="5425A53C" w14:textId="77777777" w:rsidR="001348E4" w:rsidRDefault="001348E4" w:rsidP="00564AD2"/>
          <w:p w14:paraId="187FC07C" w14:textId="77777777" w:rsidR="008A6120" w:rsidRPr="008A6120" w:rsidRDefault="008A6120" w:rsidP="00564AD2"/>
        </w:tc>
      </w:tr>
    </w:tbl>
    <w:p w14:paraId="1BB1E363" w14:textId="77777777" w:rsidR="002E1D32" w:rsidRDefault="002E1D32">
      <w:pPr>
        <w:pStyle w:val="Heading2"/>
      </w:pPr>
    </w:p>
    <w:p w14:paraId="7B353B07" w14:textId="77777777" w:rsidR="002E1D32" w:rsidRDefault="002E1D32">
      <w:pPr>
        <w:rPr>
          <w:rFonts w:asciiTheme="majorHAnsi" w:eastAsiaTheme="majorEastAsia" w:hAnsiTheme="majorHAnsi" w:cstheme="majorBidi"/>
          <w:b/>
          <w:bCs/>
          <w:color w:val="4F81BD" w:themeColor="accent1"/>
          <w:sz w:val="26"/>
          <w:szCs w:val="26"/>
        </w:rPr>
      </w:pPr>
      <w:r>
        <w:br w:type="page"/>
      </w:r>
    </w:p>
    <w:p w14:paraId="67EDD7E8" w14:textId="126D03BE" w:rsidR="006059E6" w:rsidRDefault="00E9485B">
      <w:pPr>
        <w:pStyle w:val="Heading2"/>
      </w:pPr>
      <w:r>
        <w:lastRenderedPageBreak/>
        <w:t>About You</w:t>
      </w:r>
    </w:p>
    <w:p w14:paraId="2A80D5BF" w14:textId="77777777" w:rsidR="006059E6" w:rsidRDefault="00E9485B">
      <w:r>
        <w:t>Before you go, can you tell us a little bit about you? In this section we are asking for information about you to help us understand who we are hearing from in the community. Any information you provide will be de-identified (i.e. anonymous) from your survey responses and managed in line with the City of Greater Geelong Privacy Policy</w:t>
      </w:r>
    </w:p>
    <w:p w14:paraId="2B94BA88" w14:textId="77777777" w:rsidR="006059E6" w:rsidRDefault="00E9485B">
      <w:r w:rsidRPr="00316BFE">
        <w:rPr>
          <w:b/>
          <w:bCs/>
        </w:rPr>
        <w:t>Suburb</w:t>
      </w:r>
      <w:r>
        <w:t>: _________________________________</w:t>
      </w:r>
    </w:p>
    <w:p w14:paraId="2FBDBEAA" w14:textId="41332709" w:rsidR="006059E6" w:rsidRPr="00316BFE" w:rsidRDefault="00E9485B" w:rsidP="00316BFE">
      <w:pPr>
        <w:spacing w:after="0"/>
        <w:rPr>
          <w:b/>
          <w:bCs/>
        </w:rPr>
      </w:pPr>
      <w:r w:rsidRPr="00316BFE">
        <w:rPr>
          <w:b/>
          <w:bCs/>
        </w:rPr>
        <w:t xml:space="preserve">Age Group: </w:t>
      </w:r>
    </w:p>
    <w:tbl>
      <w:tblPr>
        <w:tblStyle w:val="TableGrid"/>
        <w:tblW w:w="0" w:type="auto"/>
        <w:tblLook w:val="04A0" w:firstRow="1" w:lastRow="0" w:firstColumn="1" w:lastColumn="0" w:noHBand="0" w:noVBand="1"/>
      </w:tblPr>
      <w:tblGrid>
        <w:gridCol w:w="4788"/>
        <w:gridCol w:w="4788"/>
      </w:tblGrid>
      <w:tr w:rsidR="008A6120" w14:paraId="0A00010D" w14:textId="77777777" w:rsidTr="008A6120">
        <w:tc>
          <w:tcPr>
            <w:tcW w:w="4788" w:type="dxa"/>
          </w:tcPr>
          <w:p w14:paraId="460B97DE" w14:textId="1B3A35FE" w:rsidR="008A6120" w:rsidRDefault="008A6120">
            <w:r w:rsidRPr="008A6120">
              <w:t>Under 18</w:t>
            </w:r>
          </w:p>
        </w:tc>
        <w:sdt>
          <w:sdtPr>
            <w:id w:val="-1451547055"/>
            <w14:checkbox>
              <w14:checked w14:val="0"/>
              <w14:checkedState w14:val="2612" w14:font="MS Gothic"/>
              <w14:uncheckedState w14:val="2610" w14:font="MS Gothic"/>
            </w14:checkbox>
          </w:sdtPr>
          <w:sdtEndPr/>
          <w:sdtContent>
            <w:tc>
              <w:tcPr>
                <w:tcW w:w="4788" w:type="dxa"/>
              </w:tcPr>
              <w:p w14:paraId="45CDFA16" w14:textId="22ECA406" w:rsidR="008A6120" w:rsidRDefault="008A6120">
                <w:r>
                  <w:rPr>
                    <w:rFonts w:ascii="MS Gothic" w:eastAsia="MS Gothic" w:hAnsi="MS Gothic" w:hint="eastAsia"/>
                  </w:rPr>
                  <w:t>☐</w:t>
                </w:r>
              </w:p>
            </w:tc>
          </w:sdtContent>
        </w:sdt>
      </w:tr>
      <w:tr w:rsidR="008A6120" w14:paraId="580503B3" w14:textId="77777777" w:rsidTr="008A6120">
        <w:tc>
          <w:tcPr>
            <w:tcW w:w="4788" w:type="dxa"/>
          </w:tcPr>
          <w:p w14:paraId="3D350825" w14:textId="6A7D0666" w:rsidR="008A6120" w:rsidRDefault="008A6120">
            <w:r w:rsidRPr="008A6120">
              <w:t>18-24</w:t>
            </w:r>
          </w:p>
        </w:tc>
        <w:sdt>
          <w:sdtPr>
            <w:id w:val="-692459182"/>
            <w14:checkbox>
              <w14:checked w14:val="0"/>
              <w14:checkedState w14:val="2612" w14:font="MS Gothic"/>
              <w14:uncheckedState w14:val="2610" w14:font="MS Gothic"/>
            </w14:checkbox>
          </w:sdtPr>
          <w:sdtEndPr/>
          <w:sdtContent>
            <w:tc>
              <w:tcPr>
                <w:tcW w:w="4788" w:type="dxa"/>
              </w:tcPr>
              <w:p w14:paraId="368644AA" w14:textId="30AF450B" w:rsidR="008A6120" w:rsidRDefault="008A6120">
                <w:r>
                  <w:rPr>
                    <w:rFonts w:ascii="MS Gothic" w:eastAsia="MS Gothic" w:hAnsi="MS Gothic" w:hint="eastAsia"/>
                  </w:rPr>
                  <w:t>☐</w:t>
                </w:r>
              </w:p>
            </w:tc>
          </w:sdtContent>
        </w:sdt>
      </w:tr>
      <w:tr w:rsidR="008A6120" w14:paraId="3FD09F0B" w14:textId="77777777" w:rsidTr="008A6120">
        <w:tc>
          <w:tcPr>
            <w:tcW w:w="4788" w:type="dxa"/>
          </w:tcPr>
          <w:p w14:paraId="536BD0FA" w14:textId="645F423D" w:rsidR="008A6120" w:rsidRDefault="008A6120">
            <w:r w:rsidRPr="008A6120">
              <w:t>25-34</w:t>
            </w:r>
          </w:p>
        </w:tc>
        <w:sdt>
          <w:sdtPr>
            <w:id w:val="-1645192655"/>
            <w14:checkbox>
              <w14:checked w14:val="0"/>
              <w14:checkedState w14:val="2612" w14:font="MS Gothic"/>
              <w14:uncheckedState w14:val="2610" w14:font="MS Gothic"/>
            </w14:checkbox>
          </w:sdtPr>
          <w:sdtEndPr/>
          <w:sdtContent>
            <w:tc>
              <w:tcPr>
                <w:tcW w:w="4788" w:type="dxa"/>
              </w:tcPr>
              <w:p w14:paraId="6A3CF6B0" w14:textId="37B81B6B" w:rsidR="008A6120" w:rsidRDefault="008A6120">
                <w:r>
                  <w:rPr>
                    <w:rFonts w:ascii="MS Gothic" w:eastAsia="MS Gothic" w:hAnsi="MS Gothic" w:hint="eastAsia"/>
                  </w:rPr>
                  <w:t>☐</w:t>
                </w:r>
              </w:p>
            </w:tc>
          </w:sdtContent>
        </w:sdt>
      </w:tr>
      <w:tr w:rsidR="008A6120" w14:paraId="38C30E28" w14:textId="77777777" w:rsidTr="008A6120">
        <w:tc>
          <w:tcPr>
            <w:tcW w:w="4788" w:type="dxa"/>
          </w:tcPr>
          <w:p w14:paraId="4172526C" w14:textId="50EDCAA5" w:rsidR="008A6120" w:rsidRDefault="008A6120">
            <w:r w:rsidRPr="008A6120">
              <w:t>35-49</w:t>
            </w:r>
          </w:p>
        </w:tc>
        <w:sdt>
          <w:sdtPr>
            <w:id w:val="1168445010"/>
            <w14:checkbox>
              <w14:checked w14:val="0"/>
              <w14:checkedState w14:val="2612" w14:font="MS Gothic"/>
              <w14:uncheckedState w14:val="2610" w14:font="MS Gothic"/>
            </w14:checkbox>
          </w:sdtPr>
          <w:sdtEndPr/>
          <w:sdtContent>
            <w:tc>
              <w:tcPr>
                <w:tcW w:w="4788" w:type="dxa"/>
              </w:tcPr>
              <w:p w14:paraId="59D0C283" w14:textId="57B475B5" w:rsidR="008A6120" w:rsidRDefault="008A6120">
                <w:r>
                  <w:rPr>
                    <w:rFonts w:ascii="MS Gothic" w:eastAsia="MS Gothic" w:hAnsi="MS Gothic" w:hint="eastAsia"/>
                  </w:rPr>
                  <w:t>☐</w:t>
                </w:r>
              </w:p>
            </w:tc>
          </w:sdtContent>
        </w:sdt>
      </w:tr>
      <w:tr w:rsidR="008A6120" w14:paraId="73C359A9" w14:textId="77777777" w:rsidTr="008A6120">
        <w:tc>
          <w:tcPr>
            <w:tcW w:w="4788" w:type="dxa"/>
          </w:tcPr>
          <w:p w14:paraId="2E02E3F5" w14:textId="729829FD" w:rsidR="008A6120" w:rsidRDefault="008A6120" w:rsidP="008A6120">
            <w:r w:rsidRPr="008A6120">
              <w:t>50-59</w:t>
            </w:r>
          </w:p>
        </w:tc>
        <w:sdt>
          <w:sdtPr>
            <w:id w:val="-2111267796"/>
            <w14:checkbox>
              <w14:checked w14:val="0"/>
              <w14:checkedState w14:val="2612" w14:font="MS Gothic"/>
              <w14:uncheckedState w14:val="2610" w14:font="MS Gothic"/>
            </w14:checkbox>
          </w:sdtPr>
          <w:sdtEndPr/>
          <w:sdtContent>
            <w:tc>
              <w:tcPr>
                <w:tcW w:w="4788" w:type="dxa"/>
              </w:tcPr>
              <w:p w14:paraId="3FEFF629" w14:textId="58A52B5B" w:rsidR="008A6120" w:rsidRDefault="008A6120">
                <w:r>
                  <w:rPr>
                    <w:rFonts w:ascii="MS Gothic" w:eastAsia="MS Gothic" w:hAnsi="MS Gothic" w:hint="eastAsia"/>
                  </w:rPr>
                  <w:t>☐</w:t>
                </w:r>
              </w:p>
            </w:tc>
          </w:sdtContent>
        </w:sdt>
      </w:tr>
      <w:tr w:rsidR="008A6120" w14:paraId="712EF2D4" w14:textId="77777777" w:rsidTr="008A6120">
        <w:tc>
          <w:tcPr>
            <w:tcW w:w="4788" w:type="dxa"/>
          </w:tcPr>
          <w:p w14:paraId="28538F46" w14:textId="202DE351" w:rsidR="008A6120" w:rsidRDefault="008A6120">
            <w:r w:rsidRPr="008A6120">
              <w:t>60-69</w:t>
            </w:r>
          </w:p>
        </w:tc>
        <w:sdt>
          <w:sdtPr>
            <w:id w:val="-1493628590"/>
            <w14:checkbox>
              <w14:checked w14:val="0"/>
              <w14:checkedState w14:val="2612" w14:font="MS Gothic"/>
              <w14:uncheckedState w14:val="2610" w14:font="MS Gothic"/>
            </w14:checkbox>
          </w:sdtPr>
          <w:sdtEndPr/>
          <w:sdtContent>
            <w:tc>
              <w:tcPr>
                <w:tcW w:w="4788" w:type="dxa"/>
              </w:tcPr>
              <w:p w14:paraId="28AC330B" w14:textId="6F3F870C" w:rsidR="008A6120" w:rsidRDefault="008A6120">
                <w:r>
                  <w:rPr>
                    <w:rFonts w:ascii="MS Gothic" w:eastAsia="MS Gothic" w:hAnsi="MS Gothic" w:hint="eastAsia"/>
                  </w:rPr>
                  <w:t>☐</w:t>
                </w:r>
              </w:p>
            </w:tc>
          </w:sdtContent>
        </w:sdt>
      </w:tr>
      <w:tr w:rsidR="008A6120" w14:paraId="033CC784" w14:textId="77777777" w:rsidTr="008A6120">
        <w:tc>
          <w:tcPr>
            <w:tcW w:w="4788" w:type="dxa"/>
          </w:tcPr>
          <w:p w14:paraId="312693F2" w14:textId="7D14880E" w:rsidR="008A6120" w:rsidRDefault="008A6120">
            <w:r w:rsidRPr="008A6120">
              <w:t>70-84</w:t>
            </w:r>
          </w:p>
        </w:tc>
        <w:sdt>
          <w:sdtPr>
            <w:id w:val="-430428953"/>
            <w14:checkbox>
              <w14:checked w14:val="0"/>
              <w14:checkedState w14:val="2612" w14:font="MS Gothic"/>
              <w14:uncheckedState w14:val="2610" w14:font="MS Gothic"/>
            </w14:checkbox>
          </w:sdtPr>
          <w:sdtEndPr/>
          <w:sdtContent>
            <w:tc>
              <w:tcPr>
                <w:tcW w:w="4788" w:type="dxa"/>
              </w:tcPr>
              <w:p w14:paraId="3006782B" w14:textId="7876DEB6" w:rsidR="008A6120" w:rsidRDefault="008A6120">
                <w:r>
                  <w:rPr>
                    <w:rFonts w:ascii="MS Gothic" w:eastAsia="MS Gothic" w:hAnsi="MS Gothic" w:hint="eastAsia"/>
                  </w:rPr>
                  <w:t>☐</w:t>
                </w:r>
              </w:p>
            </w:tc>
          </w:sdtContent>
        </w:sdt>
      </w:tr>
      <w:tr w:rsidR="008A6120" w14:paraId="6C6873D1" w14:textId="77777777" w:rsidTr="008A6120">
        <w:tc>
          <w:tcPr>
            <w:tcW w:w="4788" w:type="dxa"/>
          </w:tcPr>
          <w:p w14:paraId="6D16F1FD" w14:textId="52D065C5" w:rsidR="008A6120" w:rsidRPr="008A6120" w:rsidRDefault="008A6120">
            <w:r w:rsidRPr="008A6120">
              <w:t>85+</w:t>
            </w:r>
          </w:p>
        </w:tc>
        <w:sdt>
          <w:sdtPr>
            <w:id w:val="110481844"/>
            <w14:checkbox>
              <w14:checked w14:val="0"/>
              <w14:checkedState w14:val="2612" w14:font="MS Gothic"/>
              <w14:uncheckedState w14:val="2610" w14:font="MS Gothic"/>
            </w14:checkbox>
          </w:sdtPr>
          <w:sdtEndPr/>
          <w:sdtContent>
            <w:tc>
              <w:tcPr>
                <w:tcW w:w="4788" w:type="dxa"/>
              </w:tcPr>
              <w:p w14:paraId="244E56E6" w14:textId="2FC3FF44" w:rsidR="008A6120" w:rsidRDefault="008A6120">
                <w:r>
                  <w:rPr>
                    <w:rFonts w:ascii="MS Gothic" w:eastAsia="MS Gothic" w:hAnsi="MS Gothic" w:hint="eastAsia"/>
                  </w:rPr>
                  <w:t>☐</w:t>
                </w:r>
              </w:p>
            </w:tc>
          </w:sdtContent>
        </w:sdt>
      </w:tr>
    </w:tbl>
    <w:p w14:paraId="7A663A47" w14:textId="77777777" w:rsidR="002E1D32" w:rsidRDefault="002E1D32" w:rsidP="00316BFE">
      <w:pPr>
        <w:rPr>
          <w:b/>
          <w:bCs/>
        </w:rPr>
      </w:pPr>
    </w:p>
    <w:p w14:paraId="1D4848F7" w14:textId="56404364" w:rsidR="006059E6" w:rsidRPr="00316BFE" w:rsidRDefault="00E9485B" w:rsidP="00316BFE">
      <w:pPr>
        <w:rPr>
          <w:b/>
          <w:bCs/>
        </w:rPr>
      </w:pPr>
      <w:r w:rsidRPr="00316BFE">
        <w:rPr>
          <w:b/>
          <w:bCs/>
        </w:rPr>
        <w:t>What is your gender?</w:t>
      </w:r>
    </w:p>
    <w:tbl>
      <w:tblPr>
        <w:tblStyle w:val="TableGrid"/>
        <w:tblW w:w="0" w:type="auto"/>
        <w:tblLook w:val="04A0" w:firstRow="1" w:lastRow="0" w:firstColumn="1" w:lastColumn="0" w:noHBand="0" w:noVBand="1"/>
      </w:tblPr>
      <w:tblGrid>
        <w:gridCol w:w="4788"/>
        <w:gridCol w:w="4788"/>
      </w:tblGrid>
      <w:tr w:rsidR="008A6120" w14:paraId="3ACC759F" w14:textId="77777777" w:rsidTr="00564AD2">
        <w:tc>
          <w:tcPr>
            <w:tcW w:w="4788" w:type="dxa"/>
          </w:tcPr>
          <w:p w14:paraId="2EDC2B42" w14:textId="365AB2AC" w:rsidR="008A6120" w:rsidRDefault="008A6120" w:rsidP="00564AD2">
            <w:r w:rsidRPr="008A6120">
              <w:t>Man</w:t>
            </w:r>
          </w:p>
        </w:tc>
        <w:sdt>
          <w:sdtPr>
            <w:id w:val="765738798"/>
            <w14:checkbox>
              <w14:checked w14:val="0"/>
              <w14:checkedState w14:val="2612" w14:font="MS Gothic"/>
              <w14:uncheckedState w14:val="2610" w14:font="MS Gothic"/>
            </w14:checkbox>
          </w:sdtPr>
          <w:sdtEndPr/>
          <w:sdtContent>
            <w:tc>
              <w:tcPr>
                <w:tcW w:w="4788" w:type="dxa"/>
              </w:tcPr>
              <w:p w14:paraId="4F7446C9" w14:textId="77777777" w:rsidR="008A6120" w:rsidRDefault="008A6120" w:rsidP="00564AD2">
                <w:r>
                  <w:rPr>
                    <w:rFonts w:ascii="MS Gothic" w:eastAsia="MS Gothic" w:hAnsi="MS Gothic" w:hint="eastAsia"/>
                  </w:rPr>
                  <w:t>☐</w:t>
                </w:r>
              </w:p>
            </w:tc>
          </w:sdtContent>
        </w:sdt>
      </w:tr>
      <w:tr w:rsidR="008A6120" w14:paraId="4D94D5D7" w14:textId="77777777" w:rsidTr="00564AD2">
        <w:tc>
          <w:tcPr>
            <w:tcW w:w="4788" w:type="dxa"/>
          </w:tcPr>
          <w:p w14:paraId="50C91E1E" w14:textId="7DE82C74" w:rsidR="008A6120" w:rsidRDefault="008A6120" w:rsidP="00564AD2">
            <w:r w:rsidRPr="008A6120">
              <w:t>Woman</w:t>
            </w:r>
          </w:p>
        </w:tc>
        <w:sdt>
          <w:sdtPr>
            <w:id w:val="578023658"/>
            <w14:checkbox>
              <w14:checked w14:val="0"/>
              <w14:checkedState w14:val="2612" w14:font="MS Gothic"/>
              <w14:uncheckedState w14:val="2610" w14:font="MS Gothic"/>
            </w14:checkbox>
          </w:sdtPr>
          <w:sdtEndPr/>
          <w:sdtContent>
            <w:tc>
              <w:tcPr>
                <w:tcW w:w="4788" w:type="dxa"/>
              </w:tcPr>
              <w:p w14:paraId="4E953811" w14:textId="77777777" w:rsidR="008A6120" w:rsidRDefault="008A6120" w:rsidP="00564AD2">
                <w:r>
                  <w:rPr>
                    <w:rFonts w:ascii="MS Gothic" w:eastAsia="MS Gothic" w:hAnsi="MS Gothic" w:hint="eastAsia"/>
                  </w:rPr>
                  <w:t>☐</w:t>
                </w:r>
              </w:p>
            </w:tc>
          </w:sdtContent>
        </w:sdt>
      </w:tr>
      <w:tr w:rsidR="008A6120" w14:paraId="749FB228" w14:textId="77777777" w:rsidTr="00564AD2">
        <w:tc>
          <w:tcPr>
            <w:tcW w:w="4788" w:type="dxa"/>
          </w:tcPr>
          <w:p w14:paraId="61DC87FF" w14:textId="4CD320A5" w:rsidR="008A6120" w:rsidRDefault="008A6120" w:rsidP="00564AD2">
            <w:r w:rsidRPr="008A6120">
              <w:t>Non-binary</w:t>
            </w:r>
          </w:p>
        </w:tc>
        <w:sdt>
          <w:sdtPr>
            <w:id w:val="-1685666079"/>
            <w14:checkbox>
              <w14:checked w14:val="0"/>
              <w14:checkedState w14:val="2612" w14:font="MS Gothic"/>
              <w14:uncheckedState w14:val="2610" w14:font="MS Gothic"/>
            </w14:checkbox>
          </w:sdtPr>
          <w:sdtEndPr/>
          <w:sdtContent>
            <w:tc>
              <w:tcPr>
                <w:tcW w:w="4788" w:type="dxa"/>
              </w:tcPr>
              <w:p w14:paraId="645A3B3E" w14:textId="77777777" w:rsidR="008A6120" w:rsidRDefault="008A6120" w:rsidP="00564AD2">
                <w:r>
                  <w:rPr>
                    <w:rFonts w:ascii="MS Gothic" w:eastAsia="MS Gothic" w:hAnsi="MS Gothic" w:hint="eastAsia"/>
                  </w:rPr>
                  <w:t>☐</w:t>
                </w:r>
              </w:p>
            </w:tc>
          </w:sdtContent>
        </w:sdt>
      </w:tr>
      <w:tr w:rsidR="008A6120" w14:paraId="659A679F" w14:textId="77777777" w:rsidTr="00564AD2">
        <w:tc>
          <w:tcPr>
            <w:tcW w:w="4788" w:type="dxa"/>
          </w:tcPr>
          <w:p w14:paraId="2D82934E" w14:textId="2748401D" w:rsidR="008A6120" w:rsidRDefault="008A6120" w:rsidP="00564AD2">
            <w:r w:rsidRPr="008A6120">
              <w:t>Prefer not to say</w:t>
            </w:r>
          </w:p>
        </w:tc>
        <w:sdt>
          <w:sdtPr>
            <w:id w:val="338669159"/>
            <w14:checkbox>
              <w14:checked w14:val="0"/>
              <w14:checkedState w14:val="2612" w14:font="MS Gothic"/>
              <w14:uncheckedState w14:val="2610" w14:font="MS Gothic"/>
            </w14:checkbox>
          </w:sdtPr>
          <w:sdtEndPr/>
          <w:sdtContent>
            <w:tc>
              <w:tcPr>
                <w:tcW w:w="4788" w:type="dxa"/>
              </w:tcPr>
              <w:p w14:paraId="0559EB09" w14:textId="77777777" w:rsidR="008A6120" w:rsidRDefault="008A6120" w:rsidP="00564AD2">
                <w:r>
                  <w:rPr>
                    <w:rFonts w:ascii="MS Gothic" w:eastAsia="MS Gothic" w:hAnsi="MS Gothic" w:hint="eastAsia"/>
                  </w:rPr>
                  <w:t>☐</w:t>
                </w:r>
              </w:p>
            </w:tc>
          </w:sdtContent>
        </w:sdt>
      </w:tr>
      <w:tr w:rsidR="008A6120" w14:paraId="03665355" w14:textId="77777777" w:rsidTr="00564AD2">
        <w:tc>
          <w:tcPr>
            <w:tcW w:w="4788" w:type="dxa"/>
          </w:tcPr>
          <w:p w14:paraId="6F86372B" w14:textId="5B0E2F45" w:rsidR="008A6120" w:rsidRDefault="008A6120" w:rsidP="00564AD2">
            <w:r w:rsidRPr="008A6120">
              <w:t>Self-described (please specify)</w:t>
            </w:r>
          </w:p>
        </w:tc>
        <w:sdt>
          <w:sdtPr>
            <w:id w:val="-55715750"/>
            <w14:checkbox>
              <w14:checked w14:val="0"/>
              <w14:checkedState w14:val="2612" w14:font="MS Gothic"/>
              <w14:uncheckedState w14:val="2610" w14:font="MS Gothic"/>
            </w14:checkbox>
          </w:sdtPr>
          <w:sdtEndPr/>
          <w:sdtContent>
            <w:tc>
              <w:tcPr>
                <w:tcW w:w="4788" w:type="dxa"/>
              </w:tcPr>
              <w:p w14:paraId="0AFF68DB" w14:textId="77777777" w:rsidR="008A6120" w:rsidRDefault="008A6120" w:rsidP="00564AD2">
                <w:r>
                  <w:rPr>
                    <w:rFonts w:ascii="MS Gothic" w:eastAsia="MS Gothic" w:hAnsi="MS Gothic" w:hint="eastAsia"/>
                  </w:rPr>
                  <w:t>☐</w:t>
                </w:r>
              </w:p>
            </w:tc>
          </w:sdtContent>
        </w:sdt>
      </w:tr>
    </w:tbl>
    <w:p w14:paraId="249690F3" w14:textId="77777777" w:rsidR="00316BFE" w:rsidRDefault="00316BFE" w:rsidP="00316BFE">
      <w:pPr>
        <w:spacing w:after="0"/>
        <w:rPr>
          <w:b/>
          <w:bCs/>
        </w:rPr>
      </w:pPr>
    </w:p>
    <w:p w14:paraId="14AC8DB6" w14:textId="309D7B79" w:rsidR="00316BFE" w:rsidRPr="00316BFE" w:rsidRDefault="00E9485B" w:rsidP="00316BFE">
      <w:pPr>
        <w:rPr>
          <w:b/>
          <w:bCs/>
        </w:rPr>
      </w:pPr>
      <w:r w:rsidRPr="00316BFE">
        <w:rPr>
          <w:b/>
          <w:bCs/>
        </w:rPr>
        <w:t xml:space="preserve">Do you identify as any of the following? (Please select all that apply): </w:t>
      </w:r>
    </w:p>
    <w:tbl>
      <w:tblPr>
        <w:tblStyle w:val="TableGrid"/>
        <w:tblW w:w="0" w:type="auto"/>
        <w:tblLook w:val="04A0" w:firstRow="1" w:lastRow="0" w:firstColumn="1" w:lastColumn="0" w:noHBand="0" w:noVBand="1"/>
      </w:tblPr>
      <w:tblGrid>
        <w:gridCol w:w="4788"/>
        <w:gridCol w:w="4788"/>
      </w:tblGrid>
      <w:tr w:rsidR="00316BFE" w14:paraId="216D4D8B" w14:textId="77777777" w:rsidTr="00564AD2">
        <w:tc>
          <w:tcPr>
            <w:tcW w:w="4788" w:type="dxa"/>
          </w:tcPr>
          <w:p w14:paraId="46BD7389" w14:textId="2578E6BE" w:rsidR="00316BFE" w:rsidRDefault="00316BFE" w:rsidP="00564AD2">
            <w:r w:rsidRPr="00316BFE">
              <w:t>Aboriginal origin</w:t>
            </w:r>
          </w:p>
        </w:tc>
        <w:sdt>
          <w:sdtPr>
            <w:id w:val="1971942104"/>
            <w14:checkbox>
              <w14:checked w14:val="0"/>
              <w14:checkedState w14:val="2612" w14:font="MS Gothic"/>
              <w14:uncheckedState w14:val="2610" w14:font="MS Gothic"/>
            </w14:checkbox>
          </w:sdtPr>
          <w:sdtEndPr/>
          <w:sdtContent>
            <w:tc>
              <w:tcPr>
                <w:tcW w:w="4788" w:type="dxa"/>
              </w:tcPr>
              <w:p w14:paraId="6D063006" w14:textId="77777777" w:rsidR="00316BFE" w:rsidRDefault="00316BFE" w:rsidP="00564AD2">
                <w:r>
                  <w:rPr>
                    <w:rFonts w:ascii="MS Gothic" w:eastAsia="MS Gothic" w:hAnsi="MS Gothic" w:hint="eastAsia"/>
                  </w:rPr>
                  <w:t>☐</w:t>
                </w:r>
              </w:p>
            </w:tc>
          </w:sdtContent>
        </w:sdt>
      </w:tr>
      <w:tr w:rsidR="00316BFE" w14:paraId="1CABED7B" w14:textId="77777777" w:rsidTr="00564AD2">
        <w:tc>
          <w:tcPr>
            <w:tcW w:w="4788" w:type="dxa"/>
          </w:tcPr>
          <w:p w14:paraId="79448E9B" w14:textId="48411CED" w:rsidR="00316BFE" w:rsidRDefault="00316BFE" w:rsidP="00564AD2">
            <w:r w:rsidRPr="00316BFE">
              <w:t>Torres Strait islander origin</w:t>
            </w:r>
          </w:p>
        </w:tc>
        <w:sdt>
          <w:sdtPr>
            <w:id w:val="518125191"/>
            <w14:checkbox>
              <w14:checked w14:val="0"/>
              <w14:checkedState w14:val="2612" w14:font="MS Gothic"/>
              <w14:uncheckedState w14:val="2610" w14:font="MS Gothic"/>
            </w14:checkbox>
          </w:sdtPr>
          <w:sdtEndPr/>
          <w:sdtContent>
            <w:tc>
              <w:tcPr>
                <w:tcW w:w="4788" w:type="dxa"/>
              </w:tcPr>
              <w:p w14:paraId="561FCA97" w14:textId="77777777" w:rsidR="00316BFE" w:rsidRDefault="00316BFE" w:rsidP="00564AD2">
                <w:r>
                  <w:rPr>
                    <w:rFonts w:ascii="MS Gothic" w:eastAsia="MS Gothic" w:hAnsi="MS Gothic" w:hint="eastAsia"/>
                  </w:rPr>
                  <w:t>☐</w:t>
                </w:r>
              </w:p>
            </w:tc>
          </w:sdtContent>
        </w:sdt>
      </w:tr>
      <w:tr w:rsidR="00316BFE" w14:paraId="4B6FC87F" w14:textId="77777777" w:rsidTr="00564AD2">
        <w:tc>
          <w:tcPr>
            <w:tcW w:w="4788" w:type="dxa"/>
          </w:tcPr>
          <w:p w14:paraId="0AC24D5F" w14:textId="642EF3BD" w:rsidR="00316BFE" w:rsidRDefault="00316BFE" w:rsidP="00564AD2">
            <w:r w:rsidRPr="00316BFE">
              <w:t>Both Aboriginal and Torres Strait Islander</w:t>
            </w:r>
          </w:p>
        </w:tc>
        <w:sdt>
          <w:sdtPr>
            <w:id w:val="279387558"/>
            <w14:checkbox>
              <w14:checked w14:val="0"/>
              <w14:checkedState w14:val="2612" w14:font="MS Gothic"/>
              <w14:uncheckedState w14:val="2610" w14:font="MS Gothic"/>
            </w14:checkbox>
          </w:sdtPr>
          <w:sdtEndPr/>
          <w:sdtContent>
            <w:tc>
              <w:tcPr>
                <w:tcW w:w="4788" w:type="dxa"/>
              </w:tcPr>
              <w:p w14:paraId="5B1EE624" w14:textId="77777777" w:rsidR="00316BFE" w:rsidRDefault="00316BFE" w:rsidP="00564AD2">
                <w:r>
                  <w:rPr>
                    <w:rFonts w:ascii="MS Gothic" w:eastAsia="MS Gothic" w:hAnsi="MS Gothic" w:hint="eastAsia"/>
                  </w:rPr>
                  <w:t>☐</w:t>
                </w:r>
              </w:p>
            </w:tc>
          </w:sdtContent>
        </w:sdt>
      </w:tr>
      <w:tr w:rsidR="00316BFE" w14:paraId="4E8E583A" w14:textId="77777777" w:rsidTr="00564AD2">
        <w:tc>
          <w:tcPr>
            <w:tcW w:w="4788" w:type="dxa"/>
          </w:tcPr>
          <w:p w14:paraId="1A6B8CAD" w14:textId="14C071C9" w:rsidR="00316BFE" w:rsidRDefault="00316BFE" w:rsidP="00564AD2">
            <w:r w:rsidRPr="00316BFE">
              <w:t>Migrant</w:t>
            </w:r>
          </w:p>
        </w:tc>
        <w:sdt>
          <w:sdtPr>
            <w:id w:val="-1121150950"/>
            <w14:checkbox>
              <w14:checked w14:val="0"/>
              <w14:checkedState w14:val="2612" w14:font="MS Gothic"/>
              <w14:uncheckedState w14:val="2610" w14:font="MS Gothic"/>
            </w14:checkbox>
          </w:sdtPr>
          <w:sdtEndPr/>
          <w:sdtContent>
            <w:tc>
              <w:tcPr>
                <w:tcW w:w="4788" w:type="dxa"/>
              </w:tcPr>
              <w:p w14:paraId="2B0088D7" w14:textId="77777777" w:rsidR="00316BFE" w:rsidRDefault="00316BFE" w:rsidP="00564AD2">
                <w:r>
                  <w:rPr>
                    <w:rFonts w:ascii="MS Gothic" w:eastAsia="MS Gothic" w:hAnsi="MS Gothic" w:hint="eastAsia"/>
                  </w:rPr>
                  <w:t>☐</w:t>
                </w:r>
              </w:p>
            </w:tc>
          </w:sdtContent>
        </w:sdt>
      </w:tr>
      <w:tr w:rsidR="00316BFE" w14:paraId="3C8BB215" w14:textId="77777777" w:rsidTr="00564AD2">
        <w:tc>
          <w:tcPr>
            <w:tcW w:w="4788" w:type="dxa"/>
          </w:tcPr>
          <w:p w14:paraId="45DB84C8" w14:textId="0ADA0D11" w:rsidR="00316BFE" w:rsidRDefault="00316BFE" w:rsidP="00564AD2">
            <w:r w:rsidRPr="00316BFE">
              <w:t>Refugee</w:t>
            </w:r>
          </w:p>
        </w:tc>
        <w:sdt>
          <w:sdtPr>
            <w:id w:val="1984733179"/>
            <w14:checkbox>
              <w14:checked w14:val="0"/>
              <w14:checkedState w14:val="2612" w14:font="MS Gothic"/>
              <w14:uncheckedState w14:val="2610" w14:font="MS Gothic"/>
            </w14:checkbox>
          </w:sdtPr>
          <w:sdtEndPr/>
          <w:sdtContent>
            <w:tc>
              <w:tcPr>
                <w:tcW w:w="4788" w:type="dxa"/>
              </w:tcPr>
              <w:p w14:paraId="1181D316" w14:textId="77777777" w:rsidR="00316BFE" w:rsidRDefault="00316BFE" w:rsidP="00564AD2">
                <w:r>
                  <w:rPr>
                    <w:rFonts w:ascii="MS Gothic" w:eastAsia="MS Gothic" w:hAnsi="MS Gothic" w:hint="eastAsia"/>
                  </w:rPr>
                  <w:t>☐</w:t>
                </w:r>
              </w:p>
            </w:tc>
          </w:sdtContent>
        </w:sdt>
      </w:tr>
      <w:tr w:rsidR="00316BFE" w14:paraId="7311CB5F" w14:textId="77777777" w:rsidTr="00564AD2">
        <w:tc>
          <w:tcPr>
            <w:tcW w:w="4788" w:type="dxa"/>
          </w:tcPr>
          <w:p w14:paraId="563BA738" w14:textId="0DBAEB37" w:rsidR="00316BFE" w:rsidRDefault="00316BFE" w:rsidP="00564AD2">
            <w:r w:rsidRPr="00316BFE">
              <w:t>Asylum Seeker</w:t>
            </w:r>
          </w:p>
        </w:tc>
        <w:sdt>
          <w:sdtPr>
            <w:id w:val="-1316883609"/>
            <w14:checkbox>
              <w14:checked w14:val="0"/>
              <w14:checkedState w14:val="2612" w14:font="MS Gothic"/>
              <w14:uncheckedState w14:val="2610" w14:font="MS Gothic"/>
            </w14:checkbox>
          </w:sdtPr>
          <w:sdtEndPr/>
          <w:sdtContent>
            <w:tc>
              <w:tcPr>
                <w:tcW w:w="4788" w:type="dxa"/>
              </w:tcPr>
              <w:p w14:paraId="498AF625" w14:textId="77777777" w:rsidR="00316BFE" w:rsidRDefault="00316BFE" w:rsidP="00564AD2">
                <w:r>
                  <w:rPr>
                    <w:rFonts w:ascii="MS Gothic" w:eastAsia="MS Gothic" w:hAnsi="MS Gothic" w:hint="eastAsia"/>
                  </w:rPr>
                  <w:t>☐</w:t>
                </w:r>
              </w:p>
            </w:tc>
          </w:sdtContent>
        </w:sdt>
      </w:tr>
      <w:tr w:rsidR="00316BFE" w14:paraId="2EA5E1A6" w14:textId="77777777" w:rsidTr="00564AD2">
        <w:tc>
          <w:tcPr>
            <w:tcW w:w="4788" w:type="dxa"/>
          </w:tcPr>
          <w:p w14:paraId="0CB3E4DD" w14:textId="6554F37D" w:rsidR="00316BFE" w:rsidRDefault="00316BFE" w:rsidP="00564AD2">
            <w:r w:rsidRPr="00316BFE">
              <w:t>LGBTIQA+</w:t>
            </w:r>
          </w:p>
        </w:tc>
        <w:sdt>
          <w:sdtPr>
            <w:id w:val="642312827"/>
            <w14:checkbox>
              <w14:checked w14:val="0"/>
              <w14:checkedState w14:val="2612" w14:font="MS Gothic"/>
              <w14:uncheckedState w14:val="2610" w14:font="MS Gothic"/>
            </w14:checkbox>
          </w:sdtPr>
          <w:sdtEndPr/>
          <w:sdtContent>
            <w:tc>
              <w:tcPr>
                <w:tcW w:w="4788" w:type="dxa"/>
              </w:tcPr>
              <w:p w14:paraId="6C5FB4BF" w14:textId="77777777" w:rsidR="00316BFE" w:rsidRDefault="00316BFE" w:rsidP="00564AD2">
                <w:r>
                  <w:rPr>
                    <w:rFonts w:ascii="MS Gothic" w:eastAsia="MS Gothic" w:hAnsi="MS Gothic" w:hint="eastAsia"/>
                  </w:rPr>
                  <w:t>☐</w:t>
                </w:r>
              </w:p>
            </w:tc>
          </w:sdtContent>
        </w:sdt>
      </w:tr>
      <w:tr w:rsidR="00316BFE" w14:paraId="02312D7B" w14:textId="77777777" w:rsidTr="00564AD2">
        <w:tc>
          <w:tcPr>
            <w:tcW w:w="4788" w:type="dxa"/>
          </w:tcPr>
          <w:p w14:paraId="2CCE6443" w14:textId="5B7180C6" w:rsidR="00316BFE" w:rsidRPr="008A6120" w:rsidRDefault="00316BFE" w:rsidP="00564AD2">
            <w:r w:rsidRPr="00316BFE">
              <w:t>Carer</w:t>
            </w:r>
          </w:p>
        </w:tc>
        <w:sdt>
          <w:sdtPr>
            <w:id w:val="-587381650"/>
            <w14:checkbox>
              <w14:checked w14:val="0"/>
              <w14:checkedState w14:val="2612" w14:font="MS Gothic"/>
              <w14:uncheckedState w14:val="2610" w14:font="MS Gothic"/>
            </w14:checkbox>
          </w:sdtPr>
          <w:sdtEndPr/>
          <w:sdtContent>
            <w:tc>
              <w:tcPr>
                <w:tcW w:w="4788" w:type="dxa"/>
              </w:tcPr>
              <w:p w14:paraId="04E938B5" w14:textId="77777777" w:rsidR="00316BFE" w:rsidRDefault="00316BFE" w:rsidP="00564AD2">
                <w:r>
                  <w:rPr>
                    <w:rFonts w:ascii="MS Gothic" w:eastAsia="MS Gothic" w:hAnsi="MS Gothic" w:hint="eastAsia"/>
                  </w:rPr>
                  <w:t>☐</w:t>
                </w:r>
              </w:p>
            </w:tc>
          </w:sdtContent>
        </w:sdt>
      </w:tr>
      <w:tr w:rsidR="00316BFE" w14:paraId="1CAA34D2" w14:textId="77777777" w:rsidTr="00564AD2">
        <w:tc>
          <w:tcPr>
            <w:tcW w:w="4788" w:type="dxa"/>
          </w:tcPr>
          <w:p w14:paraId="47F21CB9" w14:textId="01CA8BCC" w:rsidR="00316BFE" w:rsidRPr="00316BFE" w:rsidRDefault="00316BFE" w:rsidP="00564AD2">
            <w:r w:rsidRPr="00316BFE">
              <w:t>Parent/Guardian</w:t>
            </w:r>
          </w:p>
        </w:tc>
        <w:sdt>
          <w:sdtPr>
            <w:id w:val="-795291068"/>
            <w14:checkbox>
              <w14:checked w14:val="0"/>
              <w14:checkedState w14:val="2612" w14:font="MS Gothic"/>
              <w14:uncheckedState w14:val="2610" w14:font="MS Gothic"/>
            </w14:checkbox>
          </w:sdtPr>
          <w:sdtEndPr/>
          <w:sdtContent>
            <w:tc>
              <w:tcPr>
                <w:tcW w:w="4788" w:type="dxa"/>
              </w:tcPr>
              <w:p w14:paraId="2E44B395" w14:textId="68579CB2" w:rsidR="00316BFE" w:rsidRDefault="00316BFE" w:rsidP="00564AD2">
                <w:r>
                  <w:rPr>
                    <w:rFonts w:ascii="MS Gothic" w:eastAsia="MS Gothic" w:hAnsi="MS Gothic" w:hint="eastAsia"/>
                  </w:rPr>
                  <w:t>☐</w:t>
                </w:r>
              </w:p>
            </w:tc>
          </w:sdtContent>
        </w:sdt>
      </w:tr>
      <w:tr w:rsidR="00316BFE" w14:paraId="20B1640A" w14:textId="77777777" w:rsidTr="00564AD2">
        <w:tc>
          <w:tcPr>
            <w:tcW w:w="4788" w:type="dxa"/>
          </w:tcPr>
          <w:p w14:paraId="48B92006" w14:textId="56C2C181" w:rsidR="00316BFE" w:rsidRPr="00316BFE" w:rsidRDefault="00316BFE" w:rsidP="00564AD2">
            <w:r w:rsidRPr="00316BFE">
              <w:t>Person with a disability</w:t>
            </w:r>
          </w:p>
        </w:tc>
        <w:sdt>
          <w:sdtPr>
            <w:id w:val="138849886"/>
            <w14:checkbox>
              <w14:checked w14:val="0"/>
              <w14:checkedState w14:val="2612" w14:font="MS Gothic"/>
              <w14:uncheckedState w14:val="2610" w14:font="MS Gothic"/>
            </w14:checkbox>
          </w:sdtPr>
          <w:sdtEndPr/>
          <w:sdtContent>
            <w:tc>
              <w:tcPr>
                <w:tcW w:w="4788" w:type="dxa"/>
              </w:tcPr>
              <w:p w14:paraId="010E67D1" w14:textId="5861B11E" w:rsidR="00316BFE" w:rsidRDefault="00316BFE" w:rsidP="00564AD2">
                <w:r>
                  <w:rPr>
                    <w:rFonts w:ascii="MS Gothic" w:eastAsia="MS Gothic" w:hAnsi="MS Gothic" w:hint="eastAsia"/>
                  </w:rPr>
                  <w:t>☐</w:t>
                </w:r>
              </w:p>
            </w:tc>
          </w:sdtContent>
        </w:sdt>
      </w:tr>
      <w:tr w:rsidR="00316BFE" w14:paraId="73E37043" w14:textId="77777777" w:rsidTr="00564AD2">
        <w:tc>
          <w:tcPr>
            <w:tcW w:w="4788" w:type="dxa"/>
          </w:tcPr>
          <w:p w14:paraId="5057A66E" w14:textId="14C964B1" w:rsidR="00316BFE" w:rsidRPr="00316BFE" w:rsidRDefault="00316BFE" w:rsidP="00564AD2">
            <w:r w:rsidRPr="00316BFE">
              <w:t>English Is not my first language</w:t>
            </w:r>
          </w:p>
        </w:tc>
        <w:sdt>
          <w:sdtPr>
            <w:id w:val="1839739226"/>
            <w14:checkbox>
              <w14:checked w14:val="0"/>
              <w14:checkedState w14:val="2612" w14:font="MS Gothic"/>
              <w14:uncheckedState w14:val="2610" w14:font="MS Gothic"/>
            </w14:checkbox>
          </w:sdtPr>
          <w:sdtEndPr/>
          <w:sdtContent>
            <w:tc>
              <w:tcPr>
                <w:tcW w:w="4788" w:type="dxa"/>
              </w:tcPr>
              <w:p w14:paraId="4D98A449" w14:textId="499F91FE" w:rsidR="00316BFE" w:rsidRDefault="00316BFE" w:rsidP="00564AD2">
                <w:r>
                  <w:rPr>
                    <w:rFonts w:ascii="MS Gothic" w:eastAsia="MS Gothic" w:hAnsi="MS Gothic" w:hint="eastAsia"/>
                  </w:rPr>
                  <w:t>☐</w:t>
                </w:r>
              </w:p>
            </w:tc>
          </w:sdtContent>
        </w:sdt>
      </w:tr>
      <w:tr w:rsidR="00316BFE" w14:paraId="656BB3CD" w14:textId="77777777" w:rsidTr="00564AD2">
        <w:tc>
          <w:tcPr>
            <w:tcW w:w="4788" w:type="dxa"/>
          </w:tcPr>
          <w:p w14:paraId="7756C22F" w14:textId="0AD03D7F" w:rsidR="00316BFE" w:rsidRPr="00316BFE" w:rsidRDefault="00316BFE" w:rsidP="00564AD2">
            <w:r w:rsidRPr="00316BFE">
              <w:t>None of the above</w:t>
            </w:r>
          </w:p>
        </w:tc>
        <w:sdt>
          <w:sdtPr>
            <w:id w:val="1986047602"/>
            <w14:checkbox>
              <w14:checked w14:val="0"/>
              <w14:checkedState w14:val="2612" w14:font="MS Gothic"/>
              <w14:uncheckedState w14:val="2610" w14:font="MS Gothic"/>
            </w14:checkbox>
          </w:sdtPr>
          <w:sdtEndPr/>
          <w:sdtContent>
            <w:tc>
              <w:tcPr>
                <w:tcW w:w="4788" w:type="dxa"/>
              </w:tcPr>
              <w:p w14:paraId="56646B0D" w14:textId="56D2EDAB" w:rsidR="00316BFE" w:rsidRDefault="00316BFE" w:rsidP="00564AD2">
                <w:r>
                  <w:rPr>
                    <w:rFonts w:ascii="MS Gothic" w:eastAsia="MS Gothic" w:hAnsi="MS Gothic" w:hint="eastAsia"/>
                  </w:rPr>
                  <w:t>☐</w:t>
                </w:r>
              </w:p>
            </w:tc>
          </w:sdtContent>
        </w:sdt>
      </w:tr>
    </w:tbl>
    <w:p w14:paraId="7923F0F6" w14:textId="52C96ECD" w:rsidR="006059E6" w:rsidRDefault="006059E6"/>
    <w:p w14:paraId="17AD8428" w14:textId="77777777" w:rsidR="00B153B1" w:rsidRDefault="00B153B1">
      <w:pPr>
        <w:rPr>
          <w:b/>
          <w:bCs/>
        </w:rPr>
      </w:pPr>
      <w:r>
        <w:rPr>
          <w:b/>
          <w:bCs/>
        </w:rPr>
        <w:br w:type="page"/>
      </w:r>
    </w:p>
    <w:p w14:paraId="1783F6A7" w14:textId="054DE096" w:rsidR="006059E6" w:rsidRDefault="00E9485B" w:rsidP="00316BFE">
      <w:pPr>
        <w:spacing w:before="240" w:after="0"/>
      </w:pPr>
      <w:r w:rsidRPr="00316BFE">
        <w:rPr>
          <w:b/>
          <w:bCs/>
        </w:rPr>
        <w:lastRenderedPageBreak/>
        <w:t>First Name:</w:t>
      </w:r>
      <w:r>
        <w:t xml:space="preserve"> _________________________________</w:t>
      </w:r>
    </w:p>
    <w:p w14:paraId="3C9A1FA3" w14:textId="77777777" w:rsidR="006059E6" w:rsidRDefault="00E9485B" w:rsidP="00316BFE">
      <w:pPr>
        <w:spacing w:before="240" w:after="0"/>
      </w:pPr>
      <w:r w:rsidRPr="00316BFE">
        <w:rPr>
          <w:b/>
          <w:bCs/>
        </w:rPr>
        <w:t>Last Name:</w:t>
      </w:r>
      <w:r>
        <w:t xml:space="preserve"> _________________________________</w:t>
      </w:r>
    </w:p>
    <w:p w14:paraId="7FBC882D" w14:textId="77777777" w:rsidR="006059E6" w:rsidRDefault="00E9485B" w:rsidP="00316BFE">
      <w:pPr>
        <w:spacing w:before="240" w:after="0"/>
      </w:pPr>
      <w:r w:rsidRPr="00316BFE">
        <w:rPr>
          <w:b/>
          <w:bCs/>
        </w:rPr>
        <w:t>Contact Email:</w:t>
      </w:r>
      <w:r>
        <w:t xml:space="preserve"> _________________________________</w:t>
      </w:r>
    </w:p>
    <w:p w14:paraId="6F41365F" w14:textId="3AE76AAD" w:rsidR="00316BFE" w:rsidRDefault="00316BFE" w:rsidP="00316BFE">
      <w:pPr>
        <w:pStyle w:val="Heading2"/>
      </w:pPr>
      <w:r>
        <w:t>Thank you</w:t>
      </w:r>
    </w:p>
    <w:p w14:paraId="7B48F0CF" w14:textId="77777777" w:rsidR="00316BFE" w:rsidRPr="00316BFE" w:rsidRDefault="00316BFE" w:rsidP="00316BFE">
      <w:pPr>
        <w:spacing w:before="240" w:after="0"/>
        <w:rPr>
          <w:lang w:val="en-AU"/>
        </w:rPr>
      </w:pPr>
      <w:r w:rsidRPr="00316BFE">
        <w:rPr>
          <w:lang w:val="en-AU"/>
        </w:rPr>
        <w:t xml:space="preserve">Thank you for completing this survey. Please return this to a City of Greater Geelong Customer Service Centre by the 15 September or post to: </w:t>
      </w:r>
    </w:p>
    <w:p w14:paraId="384B30E8" w14:textId="77777777" w:rsidR="00316BFE" w:rsidRPr="00316BFE" w:rsidRDefault="00316BFE" w:rsidP="00316BFE">
      <w:pPr>
        <w:spacing w:after="0"/>
        <w:rPr>
          <w:lang w:val="en-AU"/>
        </w:rPr>
      </w:pPr>
      <w:r w:rsidRPr="00316BFE">
        <w:rPr>
          <w:lang w:val="en-AU"/>
        </w:rPr>
        <w:t xml:space="preserve">Strategy &amp; Performance </w:t>
      </w:r>
    </w:p>
    <w:p w14:paraId="37A009ED" w14:textId="77777777" w:rsidR="00316BFE" w:rsidRPr="00316BFE" w:rsidRDefault="00316BFE" w:rsidP="00316BFE">
      <w:pPr>
        <w:spacing w:after="0"/>
        <w:rPr>
          <w:lang w:val="en-AU"/>
        </w:rPr>
      </w:pPr>
      <w:r w:rsidRPr="00316BFE">
        <w:rPr>
          <w:lang w:val="en-AU"/>
        </w:rPr>
        <w:t xml:space="preserve">City of Greater Geelong </w:t>
      </w:r>
    </w:p>
    <w:p w14:paraId="11A9942E" w14:textId="77777777" w:rsidR="00316BFE" w:rsidRPr="00316BFE" w:rsidRDefault="00316BFE" w:rsidP="00316BFE">
      <w:pPr>
        <w:spacing w:after="0"/>
        <w:rPr>
          <w:lang w:val="en-AU"/>
        </w:rPr>
      </w:pPr>
      <w:r w:rsidRPr="00316BFE">
        <w:rPr>
          <w:lang w:val="en-AU"/>
        </w:rPr>
        <w:t xml:space="preserve">Wadawurrung Country </w:t>
      </w:r>
    </w:p>
    <w:p w14:paraId="31A65C56" w14:textId="77777777" w:rsidR="00316BFE" w:rsidRPr="00316BFE" w:rsidRDefault="00316BFE" w:rsidP="00316BFE">
      <w:pPr>
        <w:spacing w:after="0"/>
        <w:rPr>
          <w:lang w:val="en-AU"/>
        </w:rPr>
      </w:pPr>
      <w:r w:rsidRPr="00316BFE">
        <w:rPr>
          <w:lang w:val="en-AU"/>
        </w:rPr>
        <w:t xml:space="preserve">P.O. Box 104 </w:t>
      </w:r>
    </w:p>
    <w:p w14:paraId="56312EDA" w14:textId="77777777" w:rsidR="00316BFE" w:rsidRPr="00316BFE" w:rsidRDefault="00316BFE" w:rsidP="00316BFE">
      <w:pPr>
        <w:spacing w:after="0"/>
        <w:rPr>
          <w:lang w:val="en-AU"/>
        </w:rPr>
      </w:pPr>
      <w:r w:rsidRPr="00316BFE">
        <w:rPr>
          <w:lang w:val="en-AU"/>
        </w:rPr>
        <w:t xml:space="preserve">Geelong VIC 3220 </w:t>
      </w:r>
    </w:p>
    <w:p w14:paraId="37DF3258" w14:textId="77777777" w:rsidR="00316BFE" w:rsidRPr="00316BFE" w:rsidRDefault="00316BFE" w:rsidP="00316BFE">
      <w:pPr>
        <w:spacing w:before="240" w:after="0"/>
        <w:rPr>
          <w:lang w:val="en-AU"/>
        </w:rPr>
      </w:pPr>
      <w:r w:rsidRPr="00316BFE">
        <w:rPr>
          <w:lang w:val="en-AU"/>
        </w:rPr>
        <w:t xml:space="preserve">Alternatively, you can scan and email to: </w:t>
      </w:r>
    </w:p>
    <w:p w14:paraId="6003FC0D" w14:textId="763AD015" w:rsidR="00316BFE" w:rsidRDefault="00DA0413" w:rsidP="00290129">
      <w:pPr>
        <w:spacing w:before="240" w:after="0"/>
      </w:pPr>
      <w:hyperlink r:id="rId14" w:history="1">
        <w:r w:rsidR="00290129" w:rsidRPr="00353461">
          <w:rPr>
            <w:rStyle w:val="Hyperlink"/>
          </w:rPr>
          <w:t>strategyandperformance@geelongcity.vic.gov.au</w:t>
        </w:r>
      </w:hyperlink>
      <w:r w:rsidR="00290129">
        <w:t xml:space="preserve"> </w:t>
      </w:r>
    </w:p>
    <w:sectPr w:rsidR="00316BFE" w:rsidSect="008A6120">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223BA" w14:textId="77777777" w:rsidR="0049631E" w:rsidRDefault="0049631E" w:rsidP="00316BFE">
      <w:pPr>
        <w:spacing w:after="0" w:line="240" w:lineRule="auto"/>
      </w:pPr>
      <w:r>
        <w:separator/>
      </w:r>
    </w:p>
  </w:endnote>
  <w:endnote w:type="continuationSeparator" w:id="0">
    <w:p w14:paraId="38FBCBC9" w14:textId="77777777" w:rsidR="0049631E" w:rsidRDefault="0049631E" w:rsidP="0031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3B38" w14:textId="77777777" w:rsidR="006C0588" w:rsidRDefault="006C0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266FA" w14:textId="77777777" w:rsidR="00316BFE" w:rsidRDefault="00316BFE" w:rsidP="00316BFE">
    <w:pPr>
      <w:pStyle w:val="Footer"/>
      <w:jc w:val="right"/>
    </w:pPr>
    <w:r>
      <w:fldChar w:fldCharType="begin"/>
    </w:r>
    <w:r>
      <w:instrText xml:space="preserve"> PAGE   \* MERGEFORMAT </w:instrText>
    </w:r>
    <w:r>
      <w:fldChar w:fldCharType="separate"/>
    </w:r>
    <w:r>
      <w:t>2</w:t>
    </w:r>
    <w:r>
      <w:rPr>
        <w:noProof/>
      </w:rPr>
      <w:fldChar w:fldCharType="end"/>
    </w:r>
  </w:p>
  <w:p w14:paraId="49CDF981" w14:textId="2E2D6198" w:rsidR="00316BFE" w:rsidRDefault="00316BFE">
    <w:pPr>
      <w:pStyle w:val="Footer"/>
    </w:pPr>
    <w:r>
      <w:rPr>
        <w:noProof/>
      </w:rPr>
      <w:drawing>
        <wp:inline distT="0" distB="0" distL="0" distR="0" wp14:anchorId="1E05CB2E" wp14:editId="67FC8888">
          <wp:extent cx="5943600" cy="13406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34066"/>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FD711" w14:textId="77777777" w:rsidR="006C0588" w:rsidRDefault="006C0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8FD0D" w14:textId="77777777" w:rsidR="0049631E" w:rsidRDefault="0049631E" w:rsidP="00316BFE">
      <w:pPr>
        <w:spacing w:after="0" w:line="240" w:lineRule="auto"/>
      </w:pPr>
      <w:r>
        <w:separator/>
      </w:r>
    </w:p>
  </w:footnote>
  <w:footnote w:type="continuationSeparator" w:id="0">
    <w:p w14:paraId="2B583DBF" w14:textId="77777777" w:rsidR="0049631E" w:rsidRDefault="0049631E" w:rsidP="0031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1E102" w14:textId="77777777" w:rsidR="006C0588" w:rsidRDefault="006C0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BDF7" w14:textId="082A517C" w:rsidR="00316BFE" w:rsidRDefault="00316BFE">
    <w:pPr>
      <w:pStyle w:val="Header"/>
    </w:pPr>
    <w:r w:rsidRPr="009F17C1">
      <w:rPr>
        <w:noProof/>
        <w:sz w:val="96"/>
        <w:szCs w:val="96"/>
      </w:rPr>
      <w:drawing>
        <wp:anchor distT="0" distB="0" distL="114300" distR="114300" simplePos="0" relativeHeight="251659264" behindDoc="1" locked="0" layoutInCell="1" allowOverlap="1" wp14:anchorId="5A84A93C" wp14:editId="58854F33">
          <wp:simplePos x="0" y="0"/>
          <wp:positionH relativeFrom="page">
            <wp:posOffset>219075</wp:posOffset>
          </wp:positionH>
          <wp:positionV relativeFrom="margin">
            <wp:posOffset>-857250</wp:posOffset>
          </wp:positionV>
          <wp:extent cx="7557770" cy="855980"/>
          <wp:effectExtent l="0" t="0" r="0"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rotWithShape="1">
                  <a:blip r:embed="rId1" cstate="print">
                    <a:extLst>
                      <a:ext uri="{28A0092B-C50C-407E-A947-70E740481C1C}">
                        <a14:useLocalDpi xmlns:a14="http://schemas.microsoft.com/office/drawing/2010/main" val="0"/>
                      </a:ext>
                    </a:extLst>
                  </a:blip>
                  <a:srcRect t="50838"/>
                  <a:stretch/>
                </pic:blipFill>
                <pic:spPr bwMode="auto">
                  <a:xfrm>
                    <a:off x="0" y="0"/>
                    <a:ext cx="7557770" cy="855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5D94" w14:textId="77777777" w:rsidR="006C0588" w:rsidRDefault="006C0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2C334E"/>
    <w:multiLevelType w:val="hybridMultilevel"/>
    <w:tmpl w:val="D20E1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9FC3B43"/>
    <w:multiLevelType w:val="hybridMultilevel"/>
    <w:tmpl w:val="926EF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0153D4"/>
    <w:multiLevelType w:val="multilevel"/>
    <w:tmpl w:val="5F1E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1A5B23"/>
    <w:multiLevelType w:val="hybridMultilevel"/>
    <w:tmpl w:val="424A685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7222E02"/>
    <w:multiLevelType w:val="multilevel"/>
    <w:tmpl w:val="6062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D6445"/>
    <w:multiLevelType w:val="hybridMultilevel"/>
    <w:tmpl w:val="FB1A9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026A80"/>
    <w:multiLevelType w:val="multilevel"/>
    <w:tmpl w:val="F6F8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DC2F12"/>
    <w:multiLevelType w:val="hybridMultilevel"/>
    <w:tmpl w:val="285CA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AA1334"/>
    <w:multiLevelType w:val="multilevel"/>
    <w:tmpl w:val="E12A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2D0537"/>
    <w:multiLevelType w:val="hybridMultilevel"/>
    <w:tmpl w:val="6D3AC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14382E"/>
    <w:multiLevelType w:val="multilevel"/>
    <w:tmpl w:val="E08E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E74E25"/>
    <w:multiLevelType w:val="hybridMultilevel"/>
    <w:tmpl w:val="812C135E"/>
    <w:lvl w:ilvl="0" w:tplc="18B0775C">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1765F6"/>
    <w:multiLevelType w:val="multilevel"/>
    <w:tmpl w:val="B3B2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644692">
    <w:abstractNumId w:val="8"/>
  </w:num>
  <w:num w:numId="2" w16cid:durableId="1459958273">
    <w:abstractNumId w:val="6"/>
  </w:num>
  <w:num w:numId="3" w16cid:durableId="1825272381">
    <w:abstractNumId w:val="5"/>
  </w:num>
  <w:num w:numId="4" w16cid:durableId="58556269">
    <w:abstractNumId w:val="4"/>
  </w:num>
  <w:num w:numId="5" w16cid:durableId="987319686">
    <w:abstractNumId w:val="7"/>
  </w:num>
  <w:num w:numId="6" w16cid:durableId="1444423319">
    <w:abstractNumId w:val="3"/>
  </w:num>
  <w:num w:numId="7" w16cid:durableId="1458642965">
    <w:abstractNumId w:val="2"/>
  </w:num>
  <w:num w:numId="8" w16cid:durableId="45299958">
    <w:abstractNumId w:val="1"/>
  </w:num>
  <w:num w:numId="9" w16cid:durableId="807356082">
    <w:abstractNumId w:val="0"/>
  </w:num>
  <w:num w:numId="10" w16cid:durableId="1446651635">
    <w:abstractNumId w:val="9"/>
  </w:num>
  <w:num w:numId="11" w16cid:durableId="1564487486">
    <w:abstractNumId w:val="20"/>
  </w:num>
  <w:num w:numId="12" w16cid:durableId="526066720">
    <w:abstractNumId w:val="12"/>
  </w:num>
  <w:num w:numId="13" w16cid:durableId="924073408">
    <w:abstractNumId w:val="11"/>
  </w:num>
  <w:num w:numId="14" w16cid:durableId="947590210">
    <w:abstractNumId w:val="17"/>
  </w:num>
  <w:num w:numId="15" w16cid:durableId="1414471079">
    <w:abstractNumId w:val="19"/>
  </w:num>
  <w:num w:numId="16" w16cid:durableId="1008019575">
    <w:abstractNumId w:val="13"/>
  </w:num>
  <w:num w:numId="17" w16cid:durableId="239952969">
    <w:abstractNumId w:val="15"/>
  </w:num>
  <w:num w:numId="18" w16cid:durableId="1500195984">
    <w:abstractNumId w:val="21"/>
  </w:num>
  <w:num w:numId="19" w16cid:durableId="392971335">
    <w:abstractNumId w:val="14"/>
  </w:num>
  <w:num w:numId="20" w16cid:durableId="1990287705">
    <w:abstractNumId w:val="18"/>
  </w:num>
  <w:num w:numId="21" w16cid:durableId="144319656">
    <w:abstractNumId w:val="10"/>
  </w:num>
  <w:num w:numId="22" w16cid:durableId="16449668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DA3"/>
    <w:rsid w:val="00034616"/>
    <w:rsid w:val="0006063C"/>
    <w:rsid w:val="000C2CFC"/>
    <w:rsid w:val="0011169A"/>
    <w:rsid w:val="001348E4"/>
    <w:rsid w:val="0015074B"/>
    <w:rsid w:val="001B2CC2"/>
    <w:rsid w:val="00241F0A"/>
    <w:rsid w:val="00290129"/>
    <w:rsid w:val="0029639D"/>
    <w:rsid w:val="002E1D32"/>
    <w:rsid w:val="00316BFE"/>
    <w:rsid w:val="00326F90"/>
    <w:rsid w:val="0049631E"/>
    <w:rsid w:val="005C07B6"/>
    <w:rsid w:val="006059E6"/>
    <w:rsid w:val="006C0588"/>
    <w:rsid w:val="007326A9"/>
    <w:rsid w:val="00802C9A"/>
    <w:rsid w:val="008A6120"/>
    <w:rsid w:val="008C2CEB"/>
    <w:rsid w:val="009316BA"/>
    <w:rsid w:val="00944E55"/>
    <w:rsid w:val="009B7A1A"/>
    <w:rsid w:val="009F0713"/>
    <w:rsid w:val="00AA1D8D"/>
    <w:rsid w:val="00B153B1"/>
    <w:rsid w:val="00B47730"/>
    <w:rsid w:val="00C03F55"/>
    <w:rsid w:val="00CB0664"/>
    <w:rsid w:val="00CB28F4"/>
    <w:rsid w:val="00DA0413"/>
    <w:rsid w:val="00E9485B"/>
    <w:rsid w:val="00EB08A1"/>
    <w:rsid w:val="00FC693F"/>
    <w:rsid w:val="00FE45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CFE8C0"/>
  <w14:defaultImageDpi w14:val="300"/>
  <w15:docId w15:val="{25C0BFAA-FC30-452B-99AD-674C16CF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16BFE"/>
    <w:rPr>
      <w:color w:val="0000FF" w:themeColor="hyperlink"/>
      <w:u w:val="single"/>
    </w:rPr>
  </w:style>
  <w:style w:type="character" w:styleId="UnresolvedMention">
    <w:name w:val="Unresolved Mention"/>
    <w:basedOn w:val="DefaultParagraphFont"/>
    <w:uiPriority w:val="99"/>
    <w:semiHidden/>
    <w:unhideWhenUsed/>
    <w:rsid w:val="00316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517294">
      <w:bodyDiv w:val="1"/>
      <w:marLeft w:val="0"/>
      <w:marRight w:val="0"/>
      <w:marTop w:val="0"/>
      <w:marBottom w:val="0"/>
      <w:divBdr>
        <w:top w:val="none" w:sz="0" w:space="0" w:color="auto"/>
        <w:left w:val="none" w:sz="0" w:space="0" w:color="auto"/>
        <w:bottom w:val="none" w:sz="0" w:space="0" w:color="auto"/>
        <w:right w:val="none" w:sz="0" w:space="0" w:color="auto"/>
      </w:divBdr>
      <w:divsChild>
        <w:div w:id="1847595215">
          <w:marLeft w:val="0"/>
          <w:marRight w:val="0"/>
          <w:marTop w:val="0"/>
          <w:marBottom w:val="0"/>
          <w:divBdr>
            <w:top w:val="none" w:sz="0" w:space="0" w:color="auto"/>
            <w:left w:val="none" w:sz="0" w:space="0" w:color="auto"/>
            <w:bottom w:val="none" w:sz="0" w:space="0" w:color="auto"/>
            <w:right w:val="none" w:sz="0" w:space="0" w:color="auto"/>
          </w:divBdr>
          <w:divsChild>
            <w:div w:id="521089587">
              <w:marLeft w:val="0"/>
              <w:marRight w:val="0"/>
              <w:marTop w:val="0"/>
              <w:marBottom w:val="480"/>
              <w:divBdr>
                <w:top w:val="none" w:sz="0" w:space="0" w:color="auto"/>
                <w:left w:val="none" w:sz="0" w:space="0" w:color="auto"/>
                <w:bottom w:val="none" w:sz="0" w:space="0" w:color="auto"/>
                <w:right w:val="none" w:sz="0" w:space="0" w:color="auto"/>
              </w:divBdr>
              <w:divsChild>
                <w:div w:id="634679208">
                  <w:marLeft w:val="0"/>
                  <w:marRight w:val="0"/>
                  <w:marTop w:val="0"/>
                  <w:marBottom w:val="0"/>
                  <w:divBdr>
                    <w:top w:val="none" w:sz="0" w:space="0" w:color="auto"/>
                    <w:left w:val="none" w:sz="0" w:space="0" w:color="auto"/>
                    <w:bottom w:val="none" w:sz="0" w:space="0" w:color="auto"/>
                    <w:right w:val="none" w:sz="0" w:space="0" w:color="auto"/>
                  </w:divBdr>
                  <w:divsChild>
                    <w:div w:id="1100174676">
                      <w:marLeft w:val="0"/>
                      <w:marRight w:val="0"/>
                      <w:marTop w:val="0"/>
                      <w:marBottom w:val="0"/>
                      <w:divBdr>
                        <w:top w:val="none" w:sz="0" w:space="0" w:color="auto"/>
                        <w:left w:val="none" w:sz="0" w:space="0" w:color="auto"/>
                        <w:bottom w:val="none" w:sz="0" w:space="0" w:color="auto"/>
                        <w:right w:val="none" w:sz="0" w:space="0" w:color="auto"/>
                      </w:divBdr>
                      <w:divsChild>
                        <w:div w:id="1950698426">
                          <w:marLeft w:val="0"/>
                          <w:marRight w:val="0"/>
                          <w:marTop w:val="0"/>
                          <w:marBottom w:val="0"/>
                          <w:divBdr>
                            <w:top w:val="none" w:sz="0" w:space="0" w:color="auto"/>
                            <w:left w:val="none" w:sz="0" w:space="0" w:color="auto"/>
                            <w:bottom w:val="none" w:sz="0" w:space="0" w:color="auto"/>
                            <w:right w:val="none" w:sz="0" w:space="0" w:color="auto"/>
                          </w:divBdr>
                          <w:divsChild>
                            <w:div w:id="127586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88835">
          <w:marLeft w:val="0"/>
          <w:marRight w:val="0"/>
          <w:marTop w:val="0"/>
          <w:marBottom w:val="0"/>
          <w:divBdr>
            <w:top w:val="none" w:sz="0" w:space="0" w:color="auto"/>
            <w:left w:val="none" w:sz="0" w:space="0" w:color="auto"/>
            <w:bottom w:val="none" w:sz="0" w:space="0" w:color="auto"/>
            <w:right w:val="none" w:sz="0" w:space="0" w:color="auto"/>
          </w:divBdr>
          <w:divsChild>
            <w:div w:id="332416765">
              <w:marLeft w:val="0"/>
              <w:marRight w:val="0"/>
              <w:marTop w:val="0"/>
              <w:marBottom w:val="480"/>
              <w:divBdr>
                <w:top w:val="none" w:sz="0" w:space="0" w:color="auto"/>
                <w:left w:val="none" w:sz="0" w:space="0" w:color="auto"/>
                <w:bottom w:val="none" w:sz="0" w:space="0" w:color="auto"/>
                <w:right w:val="none" w:sz="0" w:space="0" w:color="auto"/>
              </w:divBdr>
              <w:divsChild>
                <w:div w:id="1751122688">
                  <w:marLeft w:val="0"/>
                  <w:marRight w:val="0"/>
                  <w:marTop w:val="0"/>
                  <w:marBottom w:val="0"/>
                  <w:divBdr>
                    <w:top w:val="none" w:sz="0" w:space="0" w:color="auto"/>
                    <w:left w:val="none" w:sz="0" w:space="0" w:color="auto"/>
                    <w:bottom w:val="none" w:sz="0" w:space="0" w:color="auto"/>
                    <w:right w:val="none" w:sz="0" w:space="0" w:color="auto"/>
                  </w:divBdr>
                  <w:divsChild>
                    <w:div w:id="17762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346446">
      <w:bodyDiv w:val="1"/>
      <w:marLeft w:val="0"/>
      <w:marRight w:val="0"/>
      <w:marTop w:val="0"/>
      <w:marBottom w:val="0"/>
      <w:divBdr>
        <w:top w:val="none" w:sz="0" w:space="0" w:color="auto"/>
        <w:left w:val="none" w:sz="0" w:space="0" w:color="auto"/>
        <w:bottom w:val="none" w:sz="0" w:space="0" w:color="auto"/>
        <w:right w:val="none" w:sz="0" w:space="0" w:color="auto"/>
      </w:divBdr>
      <w:divsChild>
        <w:div w:id="1028919437">
          <w:marLeft w:val="0"/>
          <w:marRight w:val="0"/>
          <w:marTop w:val="0"/>
          <w:marBottom w:val="0"/>
          <w:divBdr>
            <w:top w:val="none" w:sz="0" w:space="0" w:color="auto"/>
            <w:left w:val="none" w:sz="0" w:space="0" w:color="auto"/>
            <w:bottom w:val="none" w:sz="0" w:space="0" w:color="auto"/>
            <w:right w:val="none" w:sz="0" w:space="0" w:color="auto"/>
          </w:divBdr>
          <w:divsChild>
            <w:div w:id="1564677673">
              <w:marLeft w:val="0"/>
              <w:marRight w:val="0"/>
              <w:marTop w:val="0"/>
              <w:marBottom w:val="480"/>
              <w:divBdr>
                <w:top w:val="none" w:sz="0" w:space="0" w:color="auto"/>
                <w:left w:val="none" w:sz="0" w:space="0" w:color="auto"/>
                <w:bottom w:val="none" w:sz="0" w:space="0" w:color="auto"/>
                <w:right w:val="none" w:sz="0" w:space="0" w:color="auto"/>
              </w:divBdr>
              <w:divsChild>
                <w:div w:id="369112660">
                  <w:marLeft w:val="0"/>
                  <w:marRight w:val="0"/>
                  <w:marTop w:val="0"/>
                  <w:marBottom w:val="0"/>
                  <w:divBdr>
                    <w:top w:val="none" w:sz="0" w:space="0" w:color="auto"/>
                    <w:left w:val="none" w:sz="0" w:space="0" w:color="auto"/>
                    <w:bottom w:val="none" w:sz="0" w:space="0" w:color="auto"/>
                    <w:right w:val="none" w:sz="0" w:space="0" w:color="auto"/>
                  </w:divBdr>
                  <w:divsChild>
                    <w:div w:id="2130466072">
                      <w:marLeft w:val="0"/>
                      <w:marRight w:val="0"/>
                      <w:marTop w:val="0"/>
                      <w:marBottom w:val="0"/>
                      <w:divBdr>
                        <w:top w:val="none" w:sz="0" w:space="0" w:color="auto"/>
                        <w:left w:val="none" w:sz="0" w:space="0" w:color="auto"/>
                        <w:bottom w:val="none" w:sz="0" w:space="0" w:color="auto"/>
                        <w:right w:val="none" w:sz="0" w:space="0" w:color="auto"/>
                      </w:divBdr>
                      <w:divsChild>
                        <w:div w:id="312025981">
                          <w:marLeft w:val="0"/>
                          <w:marRight w:val="0"/>
                          <w:marTop w:val="0"/>
                          <w:marBottom w:val="0"/>
                          <w:divBdr>
                            <w:top w:val="none" w:sz="0" w:space="0" w:color="auto"/>
                            <w:left w:val="none" w:sz="0" w:space="0" w:color="auto"/>
                            <w:bottom w:val="none" w:sz="0" w:space="0" w:color="auto"/>
                            <w:right w:val="none" w:sz="0" w:space="0" w:color="auto"/>
                          </w:divBdr>
                          <w:divsChild>
                            <w:div w:id="14012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708382">
          <w:marLeft w:val="0"/>
          <w:marRight w:val="0"/>
          <w:marTop w:val="0"/>
          <w:marBottom w:val="0"/>
          <w:divBdr>
            <w:top w:val="none" w:sz="0" w:space="0" w:color="auto"/>
            <w:left w:val="none" w:sz="0" w:space="0" w:color="auto"/>
            <w:bottom w:val="none" w:sz="0" w:space="0" w:color="auto"/>
            <w:right w:val="none" w:sz="0" w:space="0" w:color="auto"/>
          </w:divBdr>
          <w:divsChild>
            <w:div w:id="1798797648">
              <w:marLeft w:val="0"/>
              <w:marRight w:val="0"/>
              <w:marTop w:val="0"/>
              <w:marBottom w:val="480"/>
              <w:divBdr>
                <w:top w:val="none" w:sz="0" w:space="0" w:color="auto"/>
                <w:left w:val="none" w:sz="0" w:space="0" w:color="auto"/>
                <w:bottom w:val="none" w:sz="0" w:space="0" w:color="auto"/>
                <w:right w:val="none" w:sz="0" w:space="0" w:color="auto"/>
              </w:divBdr>
              <w:divsChild>
                <w:div w:id="84156538">
                  <w:marLeft w:val="0"/>
                  <w:marRight w:val="0"/>
                  <w:marTop w:val="0"/>
                  <w:marBottom w:val="0"/>
                  <w:divBdr>
                    <w:top w:val="none" w:sz="0" w:space="0" w:color="auto"/>
                    <w:left w:val="none" w:sz="0" w:space="0" w:color="auto"/>
                    <w:bottom w:val="none" w:sz="0" w:space="0" w:color="auto"/>
                    <w:right w:val="none" w:sz="0" w:space="0" w:color="auto"/>
                  </w:divBdr>
                  <w:divsChild>
                    <w:div w:id="180076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42711">
      <w:bodyDiv w:val="1"/>
      <w:marLeft w:val="0"/>
      <w:marRight w:val="0"/>
      <w:marTop w:val="0"/>
      <w:marBottom w:val="0"/>
      <w:divBdr>
        <w:top w:val="none" w:sz="0" w:space="0" w:color="auto"/>
        <w:left w:val="none" w:sz="0" w:space="0" w:color="auto"/>
        <w:bottom w:val="none" w:sz="0" w:space="0" w:color="auto"/>
        <w:right w:val="none" w:sz="0" w:space="0" w:color="auto"/>
      </w:divBdr>
    </w:div>
    <w:div w:id="964042348">
      <w:bodyDiv w:val="1"/>
      <w:marLeft w:val="0"/>
      <w:marRight w:val="0"/>
      <w:marTop w:val="0"/>
      <w:marBottom w:val="0"/>
      <w:divBdr>
        <w:top w:val="none" w:sz="0" w:space="0" w:color="auto"/>
        <w:left w:val="none" w:sz="0" w:space="0" w:color="auto"/>
        <w:bottom w:val="none" w:sz="0" w:space="0" w:color="auto"/>
        <w:right w:val="none" w:sz="0" w:space="0" w:color="auto"/>
      </w:divBdr>
    </w:div>
    <w:div w:id="1126895174">
      <w:bodyDiv w:val="1"/>
      <w:marLeft w:val="0"/>
      <w:marRight w:val="0"/>
      <w:marTop w:val="0"/>
      <w:marBottom w:val="0"/>
      <w:divBdr>
        <w:top w:val="none" w:sz="0" w:space="0" w:color="auto"/>
        <w:left w:val="none" w:sz="0" w:space="0" w:color="auto"/>
        <w:bottom w:val="none" w:sz="0" w:space="0" w:color="auto"/>
        <w:right w:val="none" w:sz="0" w:space="0" w:color="auto"/>
      </w:divBdr>
      <w:divsChild>
        <w:div w:id="1352219690">
          <w:marLeft w:val="0"/>
          <w:marRight w:val="0"/>
          <w:marTop w:val="0"/>
          <w:marBottom w:val="0"/>
          <w:divBdr>
            <w:top w:val="none" w:sz="0" w:space="0" w:color="auto"/>
            <w:left w:val="none" w:sz="0" w:space="0" w:color="auto"/>
            <w:bottom w:val="none" w:sz="0" w:space="0" w:color="auto"/>
            <w:right w:val="none" w:sz="0" w:space="0" w:color="auto"/>
          </w:divBdr>
          <w:divsChild>
            <w:div w:id="1602948930">
              <w:marLeft w:val="0"/>
              <w:marRight w:val="0"/>
              <w:marTop w:val="0"/>
              <w:marBottom w:val="480"/>
              <w:divBdr>
                <w:top w:val="none" w:sz="0" w:space="0" w:color="auto"/>
                <w:left w:val="none" w:sz="0" w:space="0" w:color="auto"/>
                <w:bottom w:val="none" w:sz="0" w:space="0" w:color="auto"/>
                <w:right w:val="none" w:sz="0" w:space="0" w:color="auto"/>
              </w:divBdr>
              <w:divsChild>
                <w:div w:id="715079346">
                  <w:marLeft w:val="0"/>
                  <w:marRight w:val="0"/>
                  <w:marTop w:val="0"/>
                  <w:marBottom w:val="0"/>
                  <w:divBdr>
                    <w:top w:val="none" w:sz="0" w:space="0" w:color="auto"/>
                    <w:left w:val="none" w:sz="0" w:space="0" w:color="auto"/>
                    <w:bottom w:val="none" w:sz="0" w:space="0" w:color="auto"/>
                    <w:right w:val="none" w:sz="0" w:space="0" w:color="auto"/>
                  </w:divBdr>
                  <w:divsChild>
                    <w:div w:id="2083988917">
                      <w:marLeft w:val="0"/>
                      <w:marRight w:val="0"/>
                      <w:marTop w:val="0"/>
                      <w:marBottom w:val="0"/>
                      <w:divBdr>
                        <w:top w:val="none" w:sz="0" w:space="0" w:color="auto"/>
                        <w:left w:val="none" w:sz="0" w:space="0" w:color="auto"/>
                        <w:bottom w:val="none" w:sz="0" w:space="0" w:color="auto"/>
                        <w:right w:val="none" w:sz="0" w:space="0" w:color="auto"/>
                      </w:divBdr>
                      <w:divsChild>
                        <w:div w:id="288513511">
                          <w:marLeft w:val="0"/>
                          <w:marRight w:val="0"/>
                          <w:marTop w:val="0"/>
                          <w:marBottom w:val="0"/>
                          <w:divBdr>
                            <w:top w:val="none" w:sz="0" w:space="0" w:color="auto"/>
                            <w:left w:val="none" w:sz="0" w:space="0" w:color="auto"/>
                            <w:bottom w:val="none" w:sz="0" w:space="0" w:color="auto"/>
                            <w:right w:val="none" w:sz="0" w:space="0" w:color="auto"/>
                          </w:divBdr>
                          <w:divsChild>
                            <w:div w:id="9451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049734">
          <w:marLeft w:val="0"/>
          <w:marRight w:val="0"/>
          <w:marTop w:val="0"/>
          <w:marBottom w:val="0"/>
          <w:divBdr>
            <w:top w:val="none" w:sz="0" w:space="0" w:color="auto"/>
            <w:left w:val="none" w:sz="0" w:space="0" w:color="auto"/>
            <w:bottom w:val="none" w:sz="0" w:space="0" w:color="auto"/>
            <w:right w:val="none" w:sz="0" w:space="0" w:color="auto"/>
          </w:divBdr>
          <w:divsChild>
            <w:div w:id="830603343">
              <w:marLeft w:val="0"/>
              <w:marRight w:val="0"/>
              <w:marTop w:val="0"/>
              <w:marBottom w:val="480"/>
              <w:divBdr>
                <w:top w:val="none" w:sz="0" w:space="0" w:color="auto"/>
                <w:left w:val="none" w:sz="0" w:space="0" w:color="auto"/>
                <w:bottom w:val="none" w:sz="0" w:space="0" w:color="auto"/>
                <w:right w:val="none" w:sz="0" w:space="0" w:color="auto"/>
              </w:divBdr>
              <w:divsChild>
                <w:div w:id="1457723822">
                  <w:marLeft w:val="0"/>
                  <w:marRight w:val="0"/>
                  <w:marTop w:val="0"/>
                  <w:marBottom w:val="0"/>
                  <w:divBdr>
                    <w:top w:val="none" w:sz="0" w:space="0" w:color="auto"/>
                    <w:left w:val="none" w:sz="0" w:space="0" w:color="auto"/>
                    <w:bottom w:val="none" w:sz="0" w:space="0" w:color="auto"/>
                    <w:right w:val="none" w:sz="0" w:space="0" w:color="auto"/>
                  </w:divBdr>
                  <w:divsChild>
                    <w:div w:id="8969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871748">
      <w:bodyDiv w:val="1"/>
      <w:marLeft w:val="0"/>
      <w:marRight w:val="0"/>
      <w:marTop w:val="0"/>
      <w:marBottom w:val="0"/>
      <w:divBdr>
        <w:top w:val="none" w:sz="0" w:space="0" w:color="auto"/>
        <w:left w:val="none" w:sz="0" w:space="0" w:color="auto"/>
        <w:bottom w:val="none" w:sz="0" w:space="0" w:color="auto"/>
        <w:right w:val="none" w:sz="0" w:space="0" w:color="auto"/>
      </w:divBdr>
      <w:divsChild>
        <w:div w:id="34820450">
          <w:marLeft w:val="0"/>
          <w:marRight w:val="0"/>
          <w:marTop w:val="0"/>
          <w:marBottom w:val="0"/>
          <w:divBdr>
            <w:top w:val="none" w:sz="0" w:space="0" w:color="auto"/>
            <w:left w:val="none" w:sz="0" w:space="0" w:color="auto"/>
            <w:bottom w:val="none" w:sz="0" w:space="0" w:color="auto"/>
            <w:right w:val="none" w:sz="0" w:space="0" w:color="auto"/>
          </w:divBdr>
          <w:divsChild>
            <w:div w:id="596644368">
              <w:marLeft w:val="0"/>
              <w:marRight w:val="0"/>
              <w:marTop w:val="0"/>
              <w:marBottom w:val="480"/>
              <w:divBdr>
                <w:top w:val="none" w:sz="0" w:space="0" w:color="auto"/>
                <w:left w:val="none" w:sz="0" w:space="0" w:color="auto"/>
                <w:bottom w:val="none" w:sz="0" w:space="0" w:color="auto"/>
                <w:right w:val="none" w:sz="0" w:space="0" w:color="auto"/>
              </w:divBdr>
              <w:divsChild>
                <w:div w:id="862593227">
                  <w:marLeft w:val="0"/>
                  <w:marRight w:val="0"/>
                  <w:marTop w:val="0"/>
                  <w:marBottom w:val="0"/>
                  <w:divBdr>
                    <w:top w:val="none" w:sz="0" w:space="0" w:color="auto"/>
                    <w:left w:val="none" w:sz="0" w:space="0" w:color="auto"/>
                    <w:bottom w:val="none" w:sz="0" w:space="0" w:color="auto"/>
                    <w:right w:val="none" w:sz="0" w:space="0" w:color="auto"/>
                  </w:divBdr>
                  <w:divsChild>
                    <w:div w:id="183522595">
                      <w:marLeft w:val="0"/>
                      <w:marRight w:val="0"/>
                      <w:marTop w:val="0"/>
                      <w:marBottom w:val="0"/>
                      <w:divBdr>
                        <w:top w:val="none" w:sz="0" w:space="0" w:color="auto"/>
                        <w:left w:val="none" w:sz="0" w:space="0" w:color="auto"/>
                        <w:bottom w:val="none" w:sz="0" w:space="0" w:color="auto"/>
                        <w:right w:val="none" w:sz="0" w:space="0" w:color="auto"/>
                      </w:divBdr>
                      <w:divsChild>
                        <w:div w:id="213543530">
                          <w:marLeft w:val="0"/>
                          <w:marRight w:val="0"/>
                          <w:marTop w:val="0"/>
                          <w:marBottom w:val="0"/>
                          <w:divBdr>
                            <w:top w:val="none" w:sz="0" w:space="0" w:color="auto"/>
                            <w:left w:val="none" w:sz="0" w:space="0" w:color="auto"/>
                            <w:bottom w:val="none" w:sz="0" w:space="0" w:color="auto"/>
                            <w:right w:val="none" w:sz="0" w:space="0" w:color="auto"/>
                          </w:divBdr>
                          <w:divsChild>
                            <w:div w:id="1427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150387">
          <w:marLeft w:val="0"/>
          <w:marRight w:val="0"/>
          <w:marTop w:val="0"/>
          <w:marBottom w:val="0"/>
          <w:divBdr>
            <w:top w:val="none" w:sz="0" w:space="0" w:color="auto"/>
            <w:left w:val="none" w:sz="0" w:space="0" w:color="auto"/>
            <w:bottom w:val="none" w:sz="0" w:space="0" w:color="auto"/>
            <w:right w:val="none" w:sz="0" w:space="0" w:color="auto"/>
          </w:divBdr>
          <w:divsChild>
            <w:div w:id="1052341896">
              <w:marLeft w:val="0"/>
              <w:marRight w:val="0"/>
              <w:marTop w:val="0"/>
              <w:marBottom w:val="480"/>
              <w:divBdr>
                <w:top w:val="none" w:sz="0" w:space="0" w:color="auto"/>
                <w:left w:val="none" w:sz="0" w:space="0" w:color="auto"/>
                <w:bottom w:val="none" w:sz="0" w:space="0" w:color="auto"/>
                <w:right w:val="none" w:sz="0" w:space="0" w:color="auto"/>
              </w:divBdr>
              <w:divsChild>
                <w:div w:id="632180830">
                  <w:marLeft w:val="0"/>
                  <w:marRight w:val="0"/>
                  <w:marTop w:val="0"/>
                  <w:marBottom w:val="0"/>
                  <w:divBdr>
                    <w:top w:val="none" w:sz="0" w:space="0" w:color="auto"/>
                    <w:left w:val="none" w:sz="0" w:space="0" w:color="auto"/>
                    <w:bottom w:val="none" w:sz="0" w:space="0" w:color="auto"/>
                    <w:right w:val="none" w:sz="0" w:space="0" w:color="auto"/>
                  </w:divBdr>
                  <w:divsChild>
                    <w:div w:id="10999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238115">
      <w:bodyDiv w:val="1"/>
      <w:marLeft w:val="0"/>
      <w:marRight w:val="0"/>
      <w:marTop w:val="0"/>
      <w:marBottom w:val="0"/>
      <w:divBdr>
        <w:top w:val="none" w:sz="0" w:space="0" w:color="auto"/>
        <w:left w:val="none" w:sz="0" w:space="0" w:color="auto"/>
        <w:bottom w:val="none" w:sz="0" w:space="0" w:color="auto"/>
        <w:right w:val="none" w:sz="0" w:space="0" w:color="auto"/>
      </w:divBdr>
      <w:divsChild>
        <w:div w:id="1377389711">
          <w:marLeft w:val="0"/>
          <w:marRight w:val="0"/>
          <w:marTop w:val="0"/>
          <w:marBottom w:val="0"/>
          <w:divBdr>
            <w:top w:val="none" w:sz="0" w:space="0" w:color="auto"/>
            <w:left w:val="none" w:sz="0" w:space="0" w:color="auto"/>
            <w:bottom w:val="none" w:sz="0" w:space="0" w:color="auto"/>
            <w:right w:val="none" w:sz="0" w:space="0" w:color="auto"/>
          </w:divBdr>
          <w:divsChild>
            <w:div w:id="29957161">
              <w:marLeft w:val="0"/>
              <w:marRight w:val="0"/>
              <w:marTop w:val="0"/>
              <w:marBottom w:val="480"/>
              <w:divBdr>
                <w:top w:val="none" w:sz="0" w:space="0" w:color="auto"/>
                <w:left w:val="none" w:sz="0" w:space="0" w:color="auto"/>
                <w:bottom w:val="none" w:sz="0" w:space="0" w:color="auto"/>
                <w:right w:val="none" w:sz="0" w:space="0" w:color="auto"/>
              </w:divBdr>
              <w:divsChild>
                <w:div w:id="1149399308">
                  <w:marLeft w:val="0"/>
                  <w:marRight w:val="0"/>
                  <w:marTop w:val="0"/>
                  <w:marBottom w:val="0"/>
                  <w:divBdr>
                    <w:top w:val="none" w:sz="0" w:space="0" w:color="auto"/>
                    <w:left w:val="none" w:sz="0" w:space="0" w:color="auto"/>
                    <w:bottom w:val="none" w:sz="0" w:space="0" w:color="auto"/>
                    <w:right w:val="none" w:sz="0" w:space="0" w:color="auto"/>
                  </w:divBdr>
                  <w:divsChild>
                    <w:div w:id="399327378">
                      <w:marLeft w:val="0"/>
                      <w:marRight w:val="0"/>
                      <w:marTop w:val="0"/>
                      <w:marBottom w:val="0"/>
                      <w:divBdr>
                        <w:top w:val="none" w:sz="0" w:space="0" w:color="auto"/>
                        <w:left w:val="none" w:sz="0" w:space="0" w:color="auto"/>
                        <w:bottom w:val="none" w:sz="0" w:space="0" w:color="auto"/>
                        <w:right w:val="none" w:sz="0" w:space="0" w:color="auto"/>
                      </w:divBdr>
                      <w:divsChild>
                        <w:div w:id="1420256130">
                          <w:marLeft w:val="0"/>
                          <w:marRight w:val="0"/>
                          <w:marTop w:val="0"/>
                          <w:marBottom w:val="0"/>
                          <w:divBdr>
                            <w:top w:val="none" w:sz="0" w:space="0" w:color="auto"/>
                            <w:left w:val="none" w:sz="0" w:space="0" w:color="auto"/>
                            <w:bottom w:val="none" w:sz="0" w:space="0" w:color="auto"/>
                            <w:right w:val="none" w:sz="0" w:space="0" w:color="auto"/>
                          </w:divBdr>
                          <w:divsChild>
                            <w:div w:id="18385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570278">
          <w:marLeft w:val="0"/>
          <w:marRight w:val="0"/>
          <w:marTop w:val="0"/>
          <w:marBottom w:val="0"/>
          <w:divBdr>
            <w:top w:val="none" w:sz="0" w:space="0" w:color="auto"/>
            <w:left w:val="none" w:sz="0" w:space="0" w:color="auto"/>
            <w:bottom w:val="none" w:sz="0" w:space="0" w:color="auto"/>
            <w:right w:val="none" w:sz="0" w:space="0" w:color="auto"/>
          </w:divBdr>
          <w:divsChild>
            <w:div w:id="1711952169">
              <w:marLeft w:val="0"/>
              <w:marRight w:val="0"/>
              <w:marTop w:val="0"/>
              <w:marBottom w:val="480"/>
              <w:divBdr>
                <w:top w:val="none" w:sz="0" w:space="0" w:color="auto"/>
                <w:left w:val="none" w:sz="0" w:space="0" w:color="auto"/>
                <w:bottom w:val="none" w:sz="0" w:space="0" w:color="auto"/>
                <w:right w:val="none" w:sz="0" w:space="0" w:color="auto"/>
              </w:divBdr>
              <w:divsChild>
                <w:div w:id="1704793619">
                  <w:marLeft w:val="0"/>
                  <w:marRight w:val="0"/>
                  <w:marTop w:val="0"/>
                  <w:marBottom w:val="0"/>
                  <w:divBdr>
                    <w:top w:val="none" w:sz="0" w:space="0" w:color="auto"/>
                    <w:left w:val="none" w:sz="0" w:space="0" w:color="auto"/>
                    <w:bottom w:val="none" w:sz="0" w:space="0" w:color="auto"/>
                    <w:right w:val="none" w:sz="0" w:space="0" w:color="auto"/>
                  </w:divBdr>
                  <w:divsChild>
                    <w:div w:id="40838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25287">
      <w:bodyDiv w:val="1"/>
      <w:marLeft w:val="0"/>
      <w:marRight w:val="0"/>
      <w:marTop w:val="0"/>
      <w:marBottom w:val="0"/>
      <w:divBdr>
        <w:top w:val="none" w:sz="0" w:space="0" w:color="auto"/>
        <w:left w:val="none" w:sz="0" w:space="0" w:color="auto"/>
        <w:bottom w:val="none" w:sz="0" w:space="0" w:color="auto"/>
        <w:right w:val="none" w:sz="0" w:space="0" w:color="auto"/>
      </w:divBdr>
      <w:divsChild>
        <w:div w:id="1265772194">
          <w:marLeft w:val="0"/>
          <w:marRight w:val="0"/>
          <w:marTop w:val="0"/>
          <w:marBottom w:val="0"/>
          <w:divBdr>
            <w:top w:val="none" w:sz="0" w:space="0" w:color="auto"/>
            <w:left w:val="none" w:sz="0" w:space="0" w:color="auto"/>
            <w:bottom w:val="none" w:sz="0" w:space="0" w:color="auto"/>
            <w:right w:val="none" w:sz="0" w:space="0" w:color="auto"/>
          </w:divBdr>
          <w:divsChild>
            <w:div w:id="1251694947">
              <w:marLeft w:val="0"/>
              <w:marRight w:val="0"/>
              <w:marTop w:val="0"/>
              <w:marBottom w:val="480"/>
              <w:divBdr>
                <w:top w:val="none" w:sz="0" w:space="0" w:color="auto"/>
                <w:left w:val="none" w:sz="0" w:space="0" w:color="auto"/>
                <w:bottom w:val="none" w:sz="0" w:space="0" w:color="auto"/>
                <w:right w:val="none" w:sz="0" w:space="0" w:color="auto"/>
              </w:divBdr>
              <w:divsChild>
                <w:div w:id="733938303">
                  <w:marLeft w:val="0"/>
                  <w:marRight w:val="0"/>
                  <w:marTop w:val="0"/>
                  <w:marBottom w:val="0"/>
                  <w:divBdr>
                    <w:top w:val="none" w:sz="0" w:space="0" w:color="auto"/>
                    <w:left w:val="none" w:sz="0" w:space="0" w:color="auto"/>
                    <w:bottom w:val="none" w:sz="0" w:space="0" w:color="auto"/>
                    <w:right w:val="none" w:sz="0" w:space="0" w:color="auto"/>
                  </w:divBdr>
                  <w:divsChild>
                    <w:div w:id="1392314503">
                      <w:marLeft w:val="0"/>
                      <w:marRight w:val="0"/>
                      <w:marTop w:val="0"/>
                      <w:marBottom w:val="0"/>
                      <w:divBdr>
                        <w:top w:val="none" w:sz="0" w:space="0" w:color="auto"/>
                        <w:left w:val="none" w:sz="0" w:space="0" w:color="auto"/>
                        <w:bottom w:val="none" w:sz="0" w:space="0" w:color="auto"/>
                        <w:right w:val="none" w:sz="0" w:space="0" w:color="auto"/>
                      </w:divBdr>
                      <w:divsChild>
                        <w:div w:id="1221012488">
                          <w:marLeft w:val="0"/>
                          <w:marRight w:val="0"/>
                          <w:marTop w:val="0"/>
                          <w:marBottom w:val="0"/>
                          <w:divBdr>
                            <w:top w:val="none" w:sz="0" w:space="0" w:color="auto"/>
                            <w:left w:val="none" w:sz="0" w:space="0" w:color="auto"/>
                            <w:bottom w:val="none" w:sz="0" w:space="0" w:color="auto"/>
                            <w:right w:val="none" w:sz="0" w:space="0" w:color="auto"/>
                          </w:divBdr>
                          <w:divsChild>
                            <w:div w:id="104676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363249">
          <w:marLeft w:val="0"/>
          <w:marRight w:val="0"/>
          <w:marTop w:val="0"/>
          <w:marBottom w:val="0"/>
          <w:divBdr>
            <w:top w:val="none" w:sz="0" w:space="0" w:color="auto"/>
            <w:left w:val="none" w:sz="0" w:space="0" w:color="auto"/>
            <w:bottom w:val="none" w:sz="0" w:space="0" w:color="auto"/>
            <w:right w:val="none" w:sz="0" w:space="0" w:color="auto"/>
          </w:divBdr>
          <w:divsChild>
            <w:div w:id="1214080765">
              <w:marLeft w:val="0"/>
              <w:marRight w:val="0"/>
              <w:marTop w:val="0"/>
              <w:marBottom w:val="480"/>
              <w:divBdr>
                <w:top w:val="none" w:sz="0" w:space="0" w:color="auto"/>
                <w:left w:val="none" w:sz="0" w:space="0" w:color="auto"/>
                <w:bottom w:val="none" w:sz="0" w:space="0" w:color="auto"/>
                <w:right w:val="none" w:sz="0" w:space="0" w:color="auto"/>
              </w:divBdr>
              <w:divsChild>
                <w:div w:id="1538083290">
                  <w:marLeft w:val="0"/>
                  <w:marRight w:val="0"/>
                  <w:marTop w:val="0"/>
                  <w:marBottom w:val="0"/>
                  <w:divBdr>
                    <w:top w:val="none" w:sz="0" w:space="0" w:color="auto"/>
                    <w:left w:val="none" w:sz="0" w:space="0" w:color="auto"/>
                    <w:bottom w:val="none" w:sz="0" w:space="0" w:color="auto"/>
                    <w:right w:val="none" w:sz="0" w:space="0" w:color="auto"/>
                  </w:divBdr>
                  <w:divsChild>
                    <w:div w:id="7215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478075">
      <w:bodyDiv w:val="1"/>
      <w:marLeft w:val="0"/>
      <w:marRight w:val="0"/>
      <w:marTop w:val="0"/>
      <w:marBottom w:val="0"/>
      <w:divBdr>
        <w:top w:val="none" w:sz="0" w:space="0" w:color="auto"/>
        <w:left w:val="none" w:sz="0" w:space="0" w:color="auto"/>
        <w:bottom w:val="none" w:sz="0" w:space="0" w:color="auto"/>
        <w:right w:val="none" w:sz="0" w:space="0" w:color="auto"/>
      </w:divBdr>
    </w:div>
    <w:div w:id="1492217495">
      <w:bodyDiv w:val="1"/>
      <w:marLeft w:val="0"/>
      <w:marRight w:val="0"/>
      <w:marTop w:val="0"/>
      <w:marBottom w:val="0"/>
      <w:divBdr>
        <w:top w:val="none" w:sz="0" w:space="0" w:color="auto"/>
        <w:left w:val="none" w:sz="0" w:space="0" w:color="auto"/>
        <w:bottom w:val="none" w:sz="0" w:space="0" w:color="auto"/>
        <w:right w:val="none" w:sz="0" w:space="0" w:color="auto"/>
      </w:divBdr>
    </w:div>
    <w:div w:id="1720280384">
      <w:bodyDiv w:val="1"/>
      <w:marLeft w:val="0"/>
      <w:marRight w:val="0"/>
      <w:marTop w:val="0"/>
      <w:marBottom w:val="0"/>
      <w:divBdr>
        <w:top w:val="none" w:sz="0" w:space="0" w:color="auto"/>
        <w:left w:val="none" w:sz="0" w:space="0" w:color="auto"/>
        <w:bottom w:val="none" w:sz="0" w:space="0" w:color="auto"/>
        <w:right w:val="none" w:sz="0" w:space="0" w:color="auto"/>
      </w:divBdr>
    </w:div>
    <w:div w:id="1816794633">
      <w:bodyDiv w:val="1"/>
      <w:marLeft w:val="0"/>
      <w:marRight w:val="0"/>
      <w:marTop w:val="0"/>
      <w:marBottom w:val="0"/>
      <w:divBdr>
        <w:top w:val="none" w:sz="0" w:space="0" w:color="auto"/>
        <w:left w:val="none" w:sz="0" w:space="0" w:color="auto"/>
        <w:bottom w:val="none" w:sz="0" w:space="0" w:color="auto"/>
        <w:right w:val="none" w:sz="0" w:space="0" w:color="auto"/>
      </w:divBdr>
      <w:divsChild>
        <w:div w:id="319113980">
          <w:marLeft w:val="0"/>
          <w:marRight w:val="0"/>
          <w:marTop w:val="0"/>
          <w:marBottom w:val="0"/>
          <w:divBdr>
            <w:top w:val="none" w:sz="0" w:space="0" w:color="auto"/>
            <w:left w:val="none" w:sz="0" w:space="0" w:color="auto"/>
            <w:bottom w:val="none" w:sz="0" w:space="0" w:color="auto"/>
            <w:right w:val="none" w:sz="0" w:space="0" w:color="auto"/>
          </w:divBdr>
          <w:divsChild>
            <w:div w:id="1126434620">
              <w:marLeft w:val="0"/>
              <w:marRight w:val="0"/>
              <w:marTop w:val="0"/>
              <w:marBottom w:val="480"/>
              <w:divBdr>
                <w:top w:val="none" w:sz="0" w:space="0" w:color="auto"/>
                <w:left w:val="none" w:sz="0" w:space="0" w:color="auto"/>
                <w:bottom w:val="none" w:sz="0" w:space="0" w:color="auto"/>
                <w:right w:val="none" w:sz="0" w:space="0" w:color="auto"/>
              </w:divBdr>
              <w:divsChild>
                <w:div w:id="243956776">
                  <w:marLeft w:val="0"/>
                  <w:marRight w:val="0"/>
                  <w:marTop w:val="0"/>
                  <w:marBottom w:val="0"/>
                  <w:divBdr>
                    <w:top w:val="none" w:sz="0" w:space="0" w:color="auto"/>
                    <w:left w:val="none" w:sz="0" w:space="0" w:color="auto"/>
                    <w:bottom w:val="none" w:sz="0" w:space="0" w:color="auto"/>
                    <w:right w:val="none" w:sz="0" w:space="0" w:color="auto"/>
                  </w:divBdr>
                  <w:divsChild>
                    <w:div w:id="627900440">
                      <w:marLeft w:val="0"/>
                      <w:marRight w:val="0"/>
                      <w:marTop w:val="0"/>
                      <w:marBottom w:val="0"/>
                      <w:divBdr>
                        <w:top w:val="none" w:sz="0" w:space="0" w:color="auto"/>
                        <w:left w:val="none" w:sz="0" w:space="0" w:color="auto"/>
                        <w:bottom w:val="none" w:sz="0" w:space="0" w:color="auto"/>
                        <w:right w:val="none" w:sz="0" w:space="0" w:color="auto"/>
                      </w:divBdr>
                      <w:divsChild>
                        <w:div w:id="573397953">
                          <w:marLeft w:val="0"/>
                          <w:marRight w:val="0"/>
                          <w:marTop w:val="0"/>
                          <w:marBottom w:val="0"/>
                          <w:divBdr>
                            <w:top w:val="none" w:sz="0" w:space="0" w:color="auto"/>
                            <w:left w:val="none" w:sz="0" w:space="0" w:color="auto"/>
                            <w:bottom w:val="none" w:sz="0" w:space="0" w:color="auto"/>
                            <w:right w:val="none" w:sz="0" w:space="0" w:color="auto"/>
                          </w:divBdr>
                          <w:divsChild>
                            <w:div w:id="1039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223976">
          <w:marLeft w:val="0"/>
          <w:marRight w:val="0"/>
          <w:marTop w:val="0"/>
          <w:marBottom w:val="0"/>
          <w:divBdr>
            <w:top w:val="none" w:sz="0" w:space="0" w:color="auto"/>
            <w:left w:val="none" w:sz="0" w:space="0" w:color="auto"/>
            <w:bottom w:val="none" w:sz="0" w:space="0" w:color="auto"/>
            <w:right w:val="none" w:sz="0" w:space="0" w:color="auto"/>
          </w:divBdr>
          <w:divsChild>
            <w:div w:id="2119595390">
              <w:marLeft w:val="0"/>
              <w:marRight w:val="0"/>
              <w:marTop w:val="0"/>
              <w:marBottom w:val="480"/>
              <w:divBdr>
                <w:top w:val="none" w:sz="0" w:space="0" w:color="auto"/>
                <w:left w:val="none" w:sz="0" w:space="0" w:color="auto"/>
                <w:bottom w:val="none" w:sz="0" w:space="0" w:color="auto"/>
                <w:right w:val="none" w:sz="0" w:space="0" w:color="auto"/>
              </w:divBdr>
              <w:divsChild>
                <w:div w:id="2087608780">
                  <w:marLeft w:val="0"/>
                  <w:marRight w:val="0"/>
                  <w:marTop w:val="0"/>
                  <w:marBottom w:val="0"/>
                  <w:divBdr>
                    <w:top w:val="none" w:sz="0" w:space="0" w:color="auto"/>
                    <w:left w:val="none" w:sz="0" w:space="0" w:color="auto"/>
                    <w:bottom w:val="none" w:sz="0" w:space="0" w:color="auto"/>
                    <w:right w:val="none" w:sz="0" w:space="0" w:color="auto"/>
                  </w:divBdr>
                  <w:divsChild>
                    <w:div w:id="10294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103983">
      <w:bodyDiv w:val="1"/>
      <w:marLeft w:val="0"/>
      <w:marRight w:val="0"/>
      <w:marTop w:val="0"/>
      <w:marBottom w:val="0"/>
      <w:divBdr>
        <w:top w:val="none" w:sz="0" w:space="0" w:color="auto"/>
        <w:left w:val="none" w:sz="0" w:space="0" w:color="auto"/>
        <w:bottom w:val="none" w:sz="0" w:space="0" w:color="auto"/>
        <w:right w:val="none" w:sz="0" w:space="0" w:color="auto"/>
      </w:divBdr>
      <w:divsChild>
        <w:div w:id="245111783">
          <w:marLeft w:val="0"/>
          <w:marRight w:val="0"/>
          <w:marTop w:val="0"/>
          <w:marBottom w:val="0"/>
          <w:divBdr>
            <w:top w:val="none" w:sz="0" w:space="0" w:color="auto"/>
            <w:left w:val="none" w:sz="0" w:space="0" w:color="auto"/>
            <w:bottom w:val="none" w:sz="0" w:space="0" w:color="auto"/>
            <w:right w:val="none" w:sz="0" w:space="0" w:color="auto"/>
          </w:divBdr>
          <w:divsChild>
            <w:div w:id="1712605526">
              <w:marLeft w:val="0"/>
              <w:marRight w:val="0"/>
              <w:marTop w:val="0"/>
              <w:marBottom w:val="480"/>
              <w:divBdr>
                <w:top w:val="none" w:sz="0" w:space="0" w:color="auto"/>
                <w:left w:val="none" w:sz="0" w:space="0" w:color="auto"/>
                <w:bottom w:val="none" w:sz="0" w:space="0" w:color="auto"/>
                <w:right w:val="none" w:sz="0" w:space="0" w:color="auto"/>
              </w:divBdr>
              <w:divsChild>
                <w:div w:id="318659453">
                  <w:marLeft w:val="0"/>
                  <w:marRight w:val="0"/>
                  <w:marTop w:val="0"/>
                  <w:marBottom w:val="0"/>
                  <w:divBdr>
                    <w:top w:val="none" w:sz="0" w:space="0" w:color="auto"/>
                    <w:left w:val="none" w:sz="0" w:space="0" w:color="auto"/>
                    <w:bottom w:val="none" w:sz="0" w:space="0" w:color="auto"/>
                    <w:right w:val="none" w:sz="0" w:space="0" w:color="auto"/>
                  </w:divBdr>
                  <w:divsChild>
                    <w:div w:id="1539008206">
                      <w:marLeft w:val="0"/>
                      <w:marRight w:val="0"/>
                      <w:marTop w:val="0"/>
                      <w:marBottom w:val="0"/>
                      <w:divBdr>
                        <w:top w:val="none" w:sz="0" w:space="0" w:color="auto"/>
                        <w:left w:val="none" w:sz="0" w:space="0" w:color="auto"/>
                        <w:bottom w:val="none" w:sz="0" w:space="0" w:color="auto"/>
                        <w:right w:val="none" w:sz="0" w:space="0" w:color="auto"/>
                      </w:divBdr>
                      <w:divsChild>
                        <w:div w:id="367726589">
                          <w:marLeft w:val="0"/>
                          <w:marRight w:val="0"/>
                          <w:marTop w:val="0"/>
                          <w:marBottom w:val="0"/>
                          <w:divBdr>
                            <w:top w:val="none" w:sz="0" w:space="0" w:color="auto"/>
                            <w:left w:val="none" w:sz="0" w:space="0" w:color="auto"/>
                            <w:bottom w:val="none" w:sz="0" w:space="0" w:color="auto"/>
                            <w:right w:val="none" w:sz="0" w:space="0" w:color="auto"/>
                          </w:divBdr>
                          <w:divsChild>
                            <w:div w:id="5790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240060">
          <w:marLeft w:val="0"/>
          <w:marRight w:val="0"/>
          <w:marTop w:val="0"/>
          <w:marBottom w:val="0"/>
          <w:divBdr>
            <w:top w:val="none" w:sz="0" w:space="0" w:color="auto"/>
            <w:left w:val="none" w:sz="0" w:space="0" w:color="auto"/>
            <w:bottom w:val="none" w:sz="0" w:space="0" w:color="auto"/>
            <w:right w:val="none" w:sz="0" w:space="0" w:color="auto"/>
          </w:divBdr>
          <w:divsChild>
            <w:div w:id="1336573159">
              <w:marLeft w:val="0"/>
              <w:marRight w:val="0"/>
              <w:marTop w:val="0"/>
              <w:marBottom w:val="480"/>
              <w:divBdr>
                <w:top w:val="none" w:sz="0" w:space="0" w:color="auto"/>
                <w:left w:val="none" w:sz="0" w:space="0" w:color="auto"/>
                <w:bottom w:val="none" w:sz="0" w:space="0" w:color="auto"/>
                <w:right w:val="none" w:sz="0" w:space="0" w:color="auto"/>
              </w:divBdr>
              <w:divsChild>
                <w:div w:id="220289593">
                  <w:marLeft w:val="0"/>
                  <w:marRight w:val="0"/>
                  <w:marTop w:val="0"/>
                  <w:marBottom w:val="0"/>
                  <w:divBdr>
                    <w:top w:val="none" w:sz="0" w:space="0" w:color="auto"/>
                    <w:left w:val="none" w:sz="0" w:space="0" w:color="auto"/>
                    <w:bottom w:val="none" w:sz="0" w:space="0" w:color="auto"/>
                    <w:right w:val="none" w:sz="0" w:space="0" w:color="auto"/>
                  </w:divBdr>
                  <w:divsChild>
                    <w:div w:id="200535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trategyandperformance@geelongcity.vic.gov.au"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E355E5BF556A409ACC897D9FD5F850" ma:contentTypeVersion="16" ma:contentTypeDescription="Create a new document." ma:contentTypeScope="" ma:versionID="e1dad3d7af5840a34e266b1d3e9712a2">
  <xsd:schema xmlns:xsd="http://www.w3.org/2001/XMLSchema" xmlns:xs="http://www.w3.org/2001/XMLSchema" xmlns:p="http://schemas.microsoft.com/office/2006/metadata/properties" xmlns:ns2="4c01b4c4-758a-45c7-8e09-a65ae5d32346" xmlns:ns3="3c004da8-f254-426b-bdfd-fefb668a5b50" targetNamespace="http://schemas.microsoft.com/office/2006/metadata/properties" ma:root="true" ma:fieldsID="6c6c9efe3afcd693cfcf8e056ff981f7" ns2:_="" ns3:_="">
    <xsd:import namespace="4c01b4c4-758a-45c7-8e09-a65ae5d32346"/>
    <xsd:import namespace="3c004da8-f254-426b-bdfd-fefb668a5b5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Sort" minOccurs="0"/>
                <xsd:element ref="ns2:Folder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b4c4-758a-45c7-8e09-a65ae5d32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ort" ma:index="22" nillable="true" ma:displayName="Sort" ma:format="Dropdown" ma:internalName="Sort">
      <xsd:simpleType>
        <xsd:restriction base="dms:Text">
          <xsd:maxLength value="255"/>
        </xsd:restriction>
      </xsd:simpleType>
    </xsd:element>
    <xsd:element name="FolderType" ma:index="23" nillable="true" ma:displayName="Folder Type" ma:format="Dropdown" ma:internalName="FolderType">
      <xsd:simpleType>
        <xsd:restriction base="dms:Choice">
          <xsd:enumeration value="Business Unit"/>
          <xsd:enumeration value="General"/>
          <xsd:enumeration value="Other"/>
          <xsd:enumeration value="Choice 4"/>
        </xsd:restriction>
      </xsd:simpleType>
    </xsd:element>
  </xsd:schema>
  <xsd:schema xmlns:xsd="http://www.w3.org/2001/XMLSchema" xmlns:xs="http://www.w3.org/2001/XMLSchema" xmlns:dms="http://schemas.microsoft.com/office/2006/documentManagement/types" xmlns:pc="http://schemas.microsoft.com/office/infopath/2007/PartnerControls" targetNamespace="3c004da8-f254-426b-bdfd-fefb668a5b5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b2c1b-d309-4f8c-b2cc-65a0f6a411c7}" ma:internalName="TaxCatchAll" ma:showField="CatchAllData" ma:web="3c004da8-f254-426b-bdfd-fefb668a5b5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01b4c4-758a-45c7-8e09-a65ae5d32346">
      <Terms xmlns="http://schemas.microsoft.com/office/infopath/2007/PartnerControls"/>
    </lcf76f155ced4ddcb4097134ff3c332f>
    <FolderType xmlns="4c01b4c4-758a-45c7-8e09-a65ae5d32346" xsi:nil="true"/>
    <TaxCatchAll xmlns="3c004da8-f254-426b-bdfd-fefb668a5b50" xsi:nil="true"/>
    <Sort xmlns="4c01b4c4-758a-45c7-8e09-a65ae5d323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BE11D907-60ED-4A6C-8A2B-33EC815FE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b4c4-758a-45c7-8e09-a65ae5d32346"/>
    <ds:schemaRef ds:uri="3c004da8-f254-426b-bdfd-fefb668a5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C8189B8-4F9A-46E9-98FE-F2D711FA54D7}">
  <ds:schemaRefs>
    <ds:schemaRef ds:uri="http://schemas.openxmlformats.org/package/2006/metadata/core-properties"/>
    <ds:schemaRef ds:uri="http://purl.org/dc/elements/1.1/"/>
    <ds:schemaRef ds:uri="4c01b4c4-758a-45c7-8e09-a65ae5d32346"/>
    <ds:schemaRef ds:uri="http://purl.org/dc/terms/"/>
    <ds:schemaRef ds:uri="http://schemas.microsoft.com/office/infopath/2007/PartnerControls"/>
    <ds:schemaRef ds:uri="3c004da8-f254-426b-bdfd-fefb668a5b50"/>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14A7AF7-71BB-428E-BACF-360B64645EB2}">
  <ds:schemaRefs>
    <ds:schemaRef ds:uri="http://schemas.microsoft.com/sharepoint/v3/contenttype/forms"/>
  </ds:schemaRefs>
</ds:datastoreItem>
</file>

<file path=customXml/itemProps5.xml><?xml version="1.0" encoding="utf-8"?>
<ds:datastoreItem xmlns:ds="http://schemas.openxmlformats.org/officeDocument/2006/customXml" ds:itemID="{A84350A3-DB74-4C46-A4C7-C2B7EFF2948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Kai Liepins</cp:lastModifiedBy>
  <cp:revision>3</cp:revision>
  <cp:lastPrinted>2025-05-27T00:18:00Z</cp:lastPrinted>
  <dcterms:created xsi:type="dcterms:W3CDTF">2025-05-27T00:18:00Z</dcterms:created>
  <dcterms:modified xsi:type="dcterms:W3CDTF">2025-05-27T00:18:00Z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0x010100CCE355E5BF556A409ACC897D9FD5F850</vt:lpwstr>
  </property>
  <property fmtid="{D5CDD505-2E9C-101B-9397-08002B2CF9AE}" pid="3" name="MediaServiceImageTags">
    <vt:lpwstr/>
  </property>
</Properties>
</file>